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8. Сложноподчинённое предложение (СПП)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такое сложноподчинённое предложение (СПП)?</w:t>
      </w:r>
    </w:p>
    <w:p>
      <w:r>
        <w:t>А) Сложное предложение, части которого соединены только сочинительными союзами</w:t>
      </w:r>
    </w:p>
    <w:p>
      <w:r>
        <w:t>Б) Сложное предложение, в котором одна часть подчиняется другой</w:t>
      </w:r>
    </w:p>
    <w:p>
      <w:r>
        <w:t>В) Простое предложение с однородными членами</w:t>
      </w:r>
    </w:p>
    <w:p>
      <w:r>
        <w:t>Г) Предложение только с одним главным членом</w:t>
      </w:r>
    </w:p>
    <w:p>
      <w:r>
        <w:rPr>
          <w:b/>
        </w:rPr>
        <w:t>2. Как называется часть СПП, от которой задаётся вопрос к придаточной?</w:t>
      </w:r>
    </w:p>
    <w:p>
      <w:r>
        <w:t>А) Придаточная</w:t>
      </w:r>
    </w:p>
    <w:p>
      <w:r>
        <w:t>Б) Главная</w:t>
      </w:r>
    </w:p>
    <w:p>
      <w:r>
        <w:t>В) Вводная</w:t>
      </w:r>
    </w:p>
    <w:p>
      <w:r>
        <w:t>Г) Обособленная</w:t>
      </w:r>
    </w:p>
    <w:p>
      <w:r>
        <w:rPr>
          <w:b/>
        </w:rPr>
        <w:t>3. Как называется зависимая часть СПП?</w:t>
      </w:r>
    </w:p>
    <w:p>
      <w:r>
        <w:t>А) Главная</w:t>
      </w:r>
    </w:p>
    <w:p>
      <w:r>
        <w:t>Б) Придаточная</w:t>
      </w:r>
    </w:p>
    <w:p>
      <w:r>
        <w:t>В) Основная</w:t>
      </w:r>
    </w:p>
    <w:p>
      <w:r>
        <w:t>Г) Независимая</w:t>
      </w:r>
    </w:p>
    <w:p>
      <w:r>
        <w:rPr>
          <w:b/>
        </w:rPr>
        <w:t>4. Какой союз является подчинительным?</w:t>
      </w:r>
    </w:p>
    <w:p>
      <w:r>
        <w:t>А) и</w:t>
      </w:r>
    </w:p>
    <w:p>
      <w:r>
        <w:t>Б) но</w:t>
      </w:r>
    </w:p>
    <w:p>
      <w:r>
        <w:t>В) потому что</w:t>
      </w:r>
    </w:p>
    <w:p>
      <w:r>
        <w:t>Г) или</w:t>
      </w:r>
    </w:p>
    <w:p>
      <w:r>
        <w:rPr>
          <w:b/>
        </w:rPr>
        <w:t>5. Какой союз выражает условие?</w:t>
      </w:r>
    </w:p>
    <w:p>
      <w:r>
        <w:t>А) если</w:t>
      </w:r>
    </w:p>
    <w:p>
      <w:r>
        <w:t>Б) потому что</w:t>
      </w:r>
    </w:p>
    <w:p>
      <w:r>
        <w:t>В) чтобы</w:t>
      </w:r>
    </w:p>
    <w:p>
      <w:r>
        <w:t>Г) хотя</w:t>
      </w:r>
    </w:p>
    <w:p>
      <w:r>
        <w:rPr>
          <w:b/>
        </w:rPr>
        <w:t>6. Найдите СПП.</w:t>
      </w:r>
    </w:p>
    <w:p>
      <w:r>
        <w:t>А) Солнце взошло, и птицы запели.</w:t>
      </w:r>
    </w:p>
    <w:p>
      <w:r>
        <w:t>Б) Когда наступила весна, птицы вернулись.</w:t>
      </w:r>
    </w:p>
    <w:p>
      <w:r>
        <w:t>В) Наступила весна.</w:t>
      </w:r>
    </w:p>
    <w:p>
      <w:r>
        <w:t>Г) Птицы вернулись и запели.</w:t>
      </w:r>
    </w:p>
    <w:p>
      <w:r>
        <w:rPr>
          <w:b/>
        </w:rPr>
        <w:t>7. Где правильно поставлена запятая в СПП?</w:t>
      </w:r>
    </w:p>
    <w:p>
      <w:r>
        <w:t>А) Когда наступила весна птицы вернулись.</w:t>
      </w:r>
    </w:p>
    <w:p>
      <w:r>
        <w:t>Б) Когда наступила весна, птицы вернулись.</w:t>
      </w:r>
    </w:p>
    <w:p>
      <w:r>
        <w:t>В) Когда, наступила весна птицы вернулись.</w:t>
      </w:r>
    </w:p>
    <w:p>
      <w:r>
        <w:t>Г) Когда наступила, весна птицы вернулись.</w:t>
      </w:r>
    </w:p>
    <w:p>
      <w:r>
        <w:rPr>
          <w:b/>
        </w:rPr>
        <w:t>8. Определите придаточную часть в предложении: «Я знаю, что ты придёшь».</w:t>
      </w:r>
    </w:p>
    <w:p>
      <w:r>
        <w:t>А) Я знаю</w:t>
      </w:r>
    </w:p>
    <w:p>
      <w:r>
        <w:t>Б) что ты придёшь</w:t>
      </w:r>
    </w:p>
    <w:p>
      <w:r>
        <w:t>В) я</w:t>
      </w:r>
    </w:p>
    <w:p>
      <w:r>
        <w:t>Г) ты придёшь</w:t>
      </w:r>
    </w:p>
    <w:p>
      <w:r>
        <w:rPr>
          <w:b/>
        </w:rPr>
        <w:t>9. На какой вопрос отвечает придаточная часть в предложении «Мы вернулись домой, потому что начался дождь»?</w:t>
      </w:r>
    </w:p>
    <w:p>
      <w:r>
        <w:t>А) какой?</w:t>
      </w:r>
    </w:p>
    <w:p>
      <w:r>
        <w:t>Б) почему?</w:t>
      </w:r>
    </w:p>
    <w:p>
      <w:r>
        <w:t>В) где?</w:t>
      </w:r>
    </w:p>
    <w:p>
      <w:r>
        <w:t>Г) что?</w:t>
      </w:r>
    </w:p>
    <w:p>
      <w:r>
        <w:rPr>
          <w:b/>
        </w:rPr>
        <w:t>10. Какой вид придаточного отвечает на вопрос «какой?»?</w:t>
      </w:r>
    </w:p>
    <w:p>
      <w:r>
        <w:t>А) Изъяснительное</w:t>
      </w:r>
    </w:p>
    <w:p>
      <w:r>
        <w:t>Б) Определительное</w:t>
      </w:r>
    </w:p>
    <w:p>
      <w:r>
        <w:t>В) Обстоятельственное времени</w:t>
      </w:r>
    </w:p>
    <w:p>
      <w:r>
        <w:t>Г) Обстоятельственное причины</w:t>
      </w:r>
    </w:p>
    <w:p>
      <w:r>
        <w:rPr>
          <w:b/>
        </w:rPr>
        <w:t>11. Какой вид придаточного отвечает на вопрос «почему?»?</w:t>
      </w:r>
    </w:p>
    <w:p>
      <w:r>
        <w:t>А) Причины</w:t>
      </w:r>
    </w:p>
    <w:p>
      <w:r>
        <w:t>Б) Цели</w:t>
      </w:r>
    </w:p>
    <w:p>
      <w:r>
        <w:t>В) Условия</w:t>
      </w:r>
    </w:p>
    <w:p>
      <w:r>
        <w:t>Г) Определительное</w:t>
      </w:r>
    </w:p>
    <w:p>
      <w:r>
        <w:rPr>
          <w:b/>
        </w:rPr>
        <w:t>12. Какой вид придаточного отвечает на вопрос «зачем?»?</w:t>
      </w:r>
    </w:p>
    <w:p>
      <w:r>
        <w:t>А) Причины</w:t>
      </w:r>
    </w:p>
    <w:p>
      <w:r>
        <w:t>Б) Условия</w:t>
      </w:r>
    </w:p>
    <w:p>
      <w:r>
        <w:t>В) Цели</w:t>
      </w:r>
    </w:p>
    <w:p>
      <w:r>
        <w:t>Г) Времени</w:t>
      </w:r>
    </w:p>
    <w:p>
      <w:r>
        <w:rPr>
          <w:b/>
        </w:rPr>
        <w:t>13. Определите вид придаточного: «Я вернулся домой, когда стемнело».</w:t>
      </w:r>
    </w:p>
    <w:p>
      <w:r>
        <w:t>А) Определительное</w:t>
      </w:r>
    </w:p>
    <w:p>
      <w:r>
        <w:t>Б) Времени</w:t>
      </w:r>
    </w:p>
    <w:p>
      <w:r>
        <w:t>В) Причины</w:t>
      </w:r>
    </w:p>
    <w:p>
      <w:r>
        <w:t>Г) Цели</w:t>
      </w:r>
    </w:p>
    <w:p>
      <w:r>
        <w:rPr>
          <w:b/>
        </w:rPr>
        <w:t>14. Определите вид придаточного: «Если будет хорошая погода, мы поедем за город».</w:t>
      </w:r>
    </w:p>
    <w:p>
      <w:r>
        <w:t>А) Условия</w:t>
      </w:r>
    </w:p>
    <w:p>
      <w:r>
        <w:t>Б) Причины</w:t>
      </w:r>
    </w:p>
    <w:p>
      <w:r>
        <w:t>В) Изъяснительное</w:t>
      </w:r>
    </w:p>
    <w:p>
      <w:r>
        <w:t>Г) Определительное</w:t>
      </w:r>
    </w:p>
    <w:p>
      <w:r>
        <w:rPr>
          <w:b/>
        </w:rPr>
        <w:t>15. В каком предложении придаточная часть является изъяснительной?</w:t>
      </w:r>
    </w:p>
    <w:p>
      <w:r>
        <w:t>А) Я знаю, что ты прав.</w:t>
      </w:r>
    </w:p>
    <w:p>
      <w:r>
        <w:t>Б) Дом, который построили недавно, очень красив.</w:t>
      </w:r>
    </w:p>
    <w:p>
      <w:r>
        <w:t>В) Мы ушли, когда закончился урок.</w:t>
      </w:r>
    </w:p>
    <w:p>
      <w:r>
        <w:t>Г) Я остановился, потому что устал.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