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Имя прилагательное</w:t>
      </w:r>
    </w:p>
    <w:p>
      <w:r>
        <w:t>20 вопросов (один правильный ответ). Ответы не указаны.</w:t>
        <w:br/>
      </w:r>
    </w:p>
    <w:p>
      <w:r>
        <w:rPr>
          <w:b/>
        </w:rPr>
        <w:t>1. Имя прилагательное обозначает:</w:t>
        <w:br/>
      </w:r>
    </w:p>
    <w:p>
      <w:pPr>
        <w:pStyle w:val="ListBullet"/>
      </w:pPr>
      <w:r>
        <w:t>А) действие</w:t>
      </w:r>
    </w:p>
    <w:p>
      <w:pPr>
        <w:pStyle w:val="ListBullet"/>
      </w:pPr>
      <w:r>
        <w:t>Б) признак предмета</w:t>
      </w:r>
    </w:p>
    <w:p>
      <w:pPr>
        <w:pStyle w:val="ListBullet"/>
      </w:pPr>
      <w:r>
        <w:t>В) предмет</w:t>
      </w:r>
    </w:p>
    <w:p>
      <w:pPr>
        <w:pStyle w:val="ListBullet"/>
      </w:pPr>
      <w:r>
        <w:t>Г) количество</w:t>
      </w:r>
    </w:p>
    <w:p>
      <w:r>
        <w:rPr>
          <w:b/>
        </w:rPr>
        <w:t>2. Имя прилагательное отвечает на вопросы:</w:t>
        <w:br/>
      </w:r>
    </w:p>
    <w:p>
      <w:pPr>
        <w:pStyle w:val="ListBullet"/>
      </w:pPr>
      <w:r>
        <w:t>А) Кто? Что?</w:t>
      </w:r>
    </w:p>
    <w:p>
      <w:pPr>
        <w:pStyle w:val="ListBullet"/>
      </w:pPr>
      <w:r>
        <w:t>Б) Что делать?</w:t>
      </w:r>
    </w:p>
    <w:p>
      <w:pPr>
        <w:pStyle w:val="ListBullet"/>
      </w:pPr>
      <w:r>
        <w:t>В) Какой? Какая? Какое? Какие?</w:t>
      </w:r>
    </w:p>
    <w:p>
      <w:pPr>
        <w:pStyle w:val="ListBullet"/>
      </w:pPr>
      <w:r>
        <w:t>Г) Где?</w:t>
      </w:r>
    </w:p>
    <w:p>
      <w:r>
        <w:rPr>
          <w:b/>
        </w:rPr>
        <w:t>3. Укажите имя прилагательное.</w:t>
        <w:br/>
      </w:r>
    </w:p>
    <w:p>
      <w:pPr>
        <w:pStyle w:val="ListBullet"/>
      </w:pPr>
      <w:r>
        <w:t>А) дом</w:t>
      </w:r>
    </w:p>
    <w:p>
      <w:pPr>
        <w:pStyle w:val="ListBullet"/>
      </w:pPr>
      <w:r>
        <w:t>Б) красивый</w:t>
      </w:r>
    </w:p>
    <w:p>
      <w:pPr>
        <w:pStyle w:val="ListBullet"/>
      </w:pPr>
      <w:r>
        <w:t>В) читать</w:t>
      </w:r>
    </w:p>
    <w:p>
      <w:pPr>
        <w:pStyle w:val="ListBullet"/>
      </w:pPr>
      <w:r>
        <w:t>Г) быстро</w:t>
      </w:r>
    </w:p>
    <w:p>
      <w:r>
        <w:rPr>
          <w:b/>
        </w:rPr>
        <w:t>4. Какое прилагательное качественное?</w:t>
        <w:br/>
      </w:r>
    </w:p>
    <w:p>
      <w:pPr>
        <w:pStyle w:val="ListBullet"/>
      </w:pPr>
      <w:r>
        <w:t>А) деревянный</w:t>
      </w:r>
    </w:p>
    <w:p>
      <w:pPr>
        <w:pStyle w:val="ListBullet"/>
      </w:pPr>
      <w:r>
        <w:t>Б) мамин</w:t>
      </w:r>
    </w:p>
    <w:p>
      <w:pPr>
        <w:pStyle w:val="ListBullet"/>
      </w:pPr>
      <w:r>
        <w:t>В) высокий</w:t>
      </w:r>
    </w:p>
    <w:p>
      <w:pPr>
        <w:pStyle w:val="ListBullet"/>
      </w:pPr>
      <w:r>
        <w:t>Г) школьный</w:t>
      </w:r>
    </w:p>
    <w:p>
      <w:r>
        <w:rPr>
          <w:b/>
        </w:rPr>
        <w:t>5. Какое прилагательное относительное?</w:t>
        <w:br/>
      </w:r>
    </w:p>
    <w:p>
      <w:pPr>
        <w:pStyle w:val="ListBullet"/>
      </w:pPr>
      <w:r>
        <w:t>А) добрый</w:t>
      </w:r>
    </w:p>
    <w:p>
      <w:pPr>
        <w:pStyle w:val="ListBullet"/>
      </w:pPr>
      <w:r>
        <w:t>Б) лисий</w:t>
      </w:r>
    </w:p>
    <w:p>
      <w:pPr>
        <w:pStyle w:val="ListBullet"/>
      </w:pPr>
      <w:r>
        <w:t>В) железный</w:t>
      </w:r>
    </w:p>
    <w:p>
      <w:pPr>
        <w:pStyle w:val="ListBullet"/>
      </w:pPr>
      <w:r>
        <w:t>Г) красивый</w:t>
      </w:r>
    </w:p>
    <w:p>
      <w:r>
        <w:rPr>
          <w:b/>
        </w:rPr>
        <w:t>6. Какое прилагательное притяжательное?</w:t>
        <w:br/>
      </w:r>
    </w:p>
    <w:p>
      <w:pPr>
        <w:pStyle w:val="ListBullet"/>
      </w:pPr>
      <w:r>
        <w:t>А) зимний</w:t>
      </w:r>
    </w:p>
    <w:p>
      <w:pPr>
        <w:pStyle w:val="ListBullet"/>
      </w:pPr>
      <w:r>
        <w:t>Б) мамин</w:t>
      </w:r>
    </w:p>
    <w:p>
      <w:pPr>
        <w:pStyle w:val="ListBullet"/>
      </w:pPr>
      <w:r>
        <w:t>В) высокий</w:t>
      </w:r>
    </w:p>
    <w:p>
      <w:pPr>
        <w:pStyle w:val="ListBullet"/>
      </w:pPr>
      <w:r>
        <w:t>Г) широкий</w:t>
      </w:r>
    </w:p>
    <w:p>
      <w:r>
        <w:rPr>
          <w:b/>
        </w:rPr>
        <w:t>7. Укажите прилагательное мужского рода.</w:t>
        <w:br/>
      </w:r>
    </w:p>
    <w:p>
      <w:pPr>
        <w:pStyle w:val="ListBullet"/>
      </w:pPr>
      <w:r>
        <w:t>А) синяя</w:t>
      </w:r>
    </w:p>
    <w:p>
      <w:pPr>
        <w:pStyle w:val="ListBullet"/>
      </w:pPr>
      <w:r>
        <w:t>Б) синее</w:t>
      </w:r>
    </w:p>
    <w:p>
      <w:pPr>
        <w:pStyle w:val="ListBullet"/>
      </w:pPr>
      <w:r>
        <w:t>В) синий</w:t>
      </w:r>
    </w:p>
    <w:p>
      <w:pPr>
        <w:pStyle w:val="ListBullet"/>
      </w:pPr>
      <w:r>
        <w:t>Г) синие</w:t>
      </w:r>
    </w:p>
    <w:p>
      <w:r>
        <w:rPr>
          <w:b/>
        </w:rPr>
        <w:t>8. Укажите прилагательное женского рода.</w:t>
        <w:br/>
      </w:r>
    </w:p>
    <w:p>
      <w:pPr>
        <w:pStyle w:val="ListBullet"/>
      </w:pPr>
      <w:r>
        <w:t>А) новый</w:t>
      </w:r>
    </w:p>
    <w:p>
      <w:pPr>
        <w:pStyle w:val="ListBullet"/>
      </w:pPr>
      <w:r>
        <w:t>Б) новая</w:t>
      </w:r>
    </w:p>
    <w:p>
      <w:pPr>
        <w:pStyle w:val="ListBullet"/>
      </w:pPr>
      <w:r>
        <w:t>В) новое</w:t>
      </w:r>
    </w:p>
    <w:p>
      <w:pPr>
        <w:pStyle w:val="ListBullet"/>
      </w:pPr>
      <w:r>
        <w:t>Г) новые</w:t>
      </w:r>
    </w:p>
    <w:p>
      <w:r>
        <w:rPr>
          <w:b/>
        </w:rPr>
        <w:t>9. Укажите прилагательное среднего рода.</w:t>
        <w:br/>
      </w:r>
    </w:p>
    <w:p>
      <w:pPr>
        <w:pStyle w:val="ListBullet"/>
      </w:pPr>
      <w:r>
        <w:t>А) новое</w:t>
      </w:r>
    </w:p>
    <w:p>
      <w:pPr>
        <w:pStyle w:val="ListBullet"/>
      </w:pPr>
      <w:r>
        <w:t>Б) новая</w:t>
      </w:r>
    </w:p>
    <w:p>
      <w:pPr>
        <w:pStyle w:val="ListBullet"/>
      </w:pPr>
      <w:r>
        <w:t>В) новый</w:t>
      </w:r>
    </w:p>
    <w:p>
      <w:pPr>
        <w:pStyle w:val="ListBullet"/>
      </w:pPr>
      <w:r>
        <w:t>Г) новые</w:t>
      </w:r>
    </w:p>
    <w:p>
      <w:r>
        <w:rPr>
          <w:b/>
        </w:rPr>
        <w:t>10. Укажите форму множественного числа.</w:t>
        <w:br/>
      </w:r>
    </w:p>
    <w:p>
      <w:pPr>
        <w:pStyle w:val="ListBullet"/>
      </w:pPr>
      <w:r>
        <w:t>А) весёлый</w:t>
      </w:r>
    </w:p>
    <w:p>
      <w:pPr>
        <w:pStyle w:val="ListBullet"/>
      </w:pPr>
      <w:r>
        <w:t>Б) весёлая</w:t>
      </w:r>
    </w:p>
    <w:p>
      <w:pPr>
        <w:pStyle w:val="ListBullet"/>
      </w:pPr>
      <w:r>
        <w:t>В) весёлое</w:t>
      </w:r>
    </w:p>
    <w:p>
      <w:pPr>
        <w:pStyle w:val="ListBullet"/>
      </w:pPr>
      <w:r>
        <w:t>Г) весёлые</w:t>
      </w:r>
    </w:p>
    <w:p>
      <w:r>
        <w:rPr>
          <w:b/>
        </w:rPr>
        <w:t>11. Прилагательное согласуется с:</w:t>
        <w:br/>
      </w:r>
    </w:p>
    <w:p>
      <w:pPr>
        <w:pStyle w:val="ListBullet"/>
      </w:pPr>
      <w:r>
        <w:t>А) глаголом</w:t>
      </w:r>
    </w:p>
    <w:p>
      <w:pPr>
        <w:pStyle w:val="ListBullet"/>
      </w:pPr>
      <w:r>
        <w:t>Б) существительным</w:t>
      </w:r>
    </w:p>
    <w:p>
      <w:pPr>
        <w:pStyle w:val="ListBullet"/>
      </w:pPr>
      <w:r>
        <w:t>В) наречием</w:t>
      </w:r>
    </w:p>
    <w:p>
      <w:pPr>
        <w:pStyle w:val="ListBullet"/>
      </w:pPr>
      <w:r>
        <w:t>Г) союзом</w:t>
      </w:r>
    </w:p>
    <w:p>
      <w:r>
        <w:rPr>
          <w:b/>
        </w:rPr>
        <w:t>12. Как изменяются прилагательные?</w:t>
        <w:br/>
      </w:r>
    </w:p>
    <w:p>
      <w:pPr>
        <w:pStyle w:val="ListBullet"/>
      </w:pPr>
      <w:r>
        <w:t>А) только по числам</w:t>
      </w:r>
    </w:p>
    <w:p>
      <w:pPr>
        <w:pStyle w:val="ListBullet"/>
      </w:pPr>
      <w:r>
        <w:t>Б) только по родам</w:t>
      </w:r>
    </w:p>
    <w:p>
      <w:pPr>
        <w:pStyle w:val="ListBullet"/>
      </w:pPr>
      <w:r>
        <w:t>В) по родам, числам и падежам</w:t>
      </w:r>
    </w:p>
    <w:p>
      <w:pPr>
        <w:pStyle w:val="ListBullet"/>
      </w:pPr>
      <w:r>
        <w:t>Г) не изменяются</w:t>
      </w:r>
    </w:p>
    <w:p>
      <w:r>
        <w:rPr>
          <w:b/>
        </w:rPr>
        <w:t>13. Укажите краткую форму.</w:t>
        <w:br/>
      </w:r>
    </w:p>
    <w:p>
      <w:pPr>
        <w:pStyle w:val="ListBullet"/>
      </w:pPr>
      <w:r>
        <w:t>А) красивый</w:t>
      </w:r>
    </w:p>
    <w:p>
      <w:pPr>
        <w:pStyle w:val="ListBullet"/>
      </w:pPr>
      <w:r>
        <w:t>Б) красив</w:t>
      </w:r>
    </w:p>
    <w:p>
      <w:pPr>
        <w:pStyle w:val="ListBullet"/>
      </w:pPr>
      <w:r>
        <w:t>В) красивее</w:t>
      </w:r>
    </w:p>
    <w:p>
      <w:pPr>
        <w:pStyle w:val="ListBullet"/>
      </w:pPr>
      <w:r>
        <w:t>Г) самый красивый</w:t>
      </w:r>
    </w:p>
    <w:p>
      <w:r>
        <w:rPr>
          <w:b/>
        </w:rPr>
        <w:t>14. Степени сравнения имеют:</w:t>
        <w:br/>
      </w:r>
    </w:p>
    <w:p>
      <w:pPr>
        <w:pStyle w:val="ListBullet"/>
      </w:pPr>
      <w:r>
        <w:t>А) все прилагательные</w:t>
      </w:r>
    </w:p>
    <w:p>
      <w:pPr>
        <w:pStyle w:val="ListBullet"/>
      </w:pPr>
      <w:r>
        <w:t>Б) только качественные</w:t>
      </w:r>
    </w:p>
    <w:p>
      <w:pPr>
        <w:pStyle w:val="ListBullet"/>
      </w:pPr>
      <w:r>
        <w:t>В) только относительные</w:t>
      </w:r>
    </w:p>
    <w:p>
      <w:pPr>
        <w:pStyle w:val="ListBullet"/>
      </w:pPr>
      <w:r>
        <w:t>Г) только притяжательные</w:t>
      </w:r>
    </w:p>
    <w:p>
      <w:r>
        <w:rPr>
          <w:b/>
        </w:rPr>
        <w:t>15. Сравнительная степень:</w:t>
        <w:br/>
      </w:r>
    </w:p>
    <w:p>
      <w:pPr>
        <w:pStyle w:val="ListBullet"/>
      </w:pPr>
      <w:r>
        <w:t>А) красивейший</w:t>
      </w:r>
    </w:p>
    <w:p>
      <w:pPr>
        <w:pStyle w:val="ListBullet"/>
      </w:pPr>
      <w:r>
        <w:t>Б) красивее</w:t>
      </w:r>
    </w:p>
    <w:p>
      <w:pPr>
        <w:pStyle w:val="ListBullet"/>
      </w:pPr>
      <w:r>
        <w:t>В) самый красивый</w:t>
      </w:r>
    </w:p>
    <w:p>
      <w:pPr>
        <w:pStyle w:val="ListBullet"/>
      </w:pPr>
      <w:r>
        <w:t>Г) красив</w:t>
      </w:r>
    </w:p>
    <w:p>
      <w:r>
        <w:rPr>
          <w:b/>
        </w:rPr>
        <w:t>16. Превосходная степень:</w:t>
        <w:br/>
      </w:r>
    </w:p>
    <w:p>
      <w:pPr>
        <w:pStyle w:val="ListBullet"/>
      </w:pPr>
      <w:r>
        <w:t>А) красивее</w:t>
      </w:r>
    </w:p>
    <w:p>
      <w:pPr>
        <w:pStyle w:val="ListBullet"/>
      </w:pPr>
      <w:r>
        <w:t>Б) красив</w:t>
      </w:r>
    </w:p>
    <w:p>
      <w:pPr>
        <w:pStyle w:val="ListBullet"/>
      </w:pPr>
      <w:r>
        <w:t>В) самый красивый</w:t>
      </w:r>
    </w:p>
    <w:p>
      <w:pPr>
        <w:pStyle w:val="ListBullet"/>
      </w:pPr>
      <w:r>
        <w:t>Г) красивый</w:t>
      </w:r>
    </w:p>
    <w:p>
      <w:r>
        <w:rPr>
          <w:b/>
        </w:rPr>
        <w:t>17. В предложении прилагательное чаще всего бывает:</w:t>
        <w:br/>
      </w:r>
    </w:p>
    <w:p>
      <w:pPr>
        <w:pStyle w:val="ListBullet"/>
      </w:pPr>
      <w:r>
        <w:t>А) подлежащим</w:t>
      </w:r>
    </w:p>
    <w:p>
      <w:pPr>
        <w:pStyle w:val="ListBullet"/>
      </w:pPr>
      <w:r>
        <w:t>Б) определением</w:t>
      </w:r>
    </w:p>
    <w:p>
      <w:pPr>
        <w:pStyle w:val="ListBullet"/>
      </w:pPr>
      <w:r>
        <w:t>В) обстоятельством</w:t>
      </w:r>
    </w:p>
    <w:p>
      <w:pPr>
        <w:pStyle w:val="ListBullet"/>
      </w:pPr>
      <w:r>
        <w:t>Г) союзом</w:t>
      </w:r>
    </w:p>
    <w:p>
      <w:r>
        <w:rPr>
          <w:b/>
        </w:rPr>
        <w:t>18. Найдите словосочетание с прилагательным.</w:t>
        <w:br/>
      </w:r>
    </w:p>
    <w:p>
      <w:pPr>
        <w:pStyle w:val="ListBullet"/>
      </w:pPr>
      <w:r>
        <w:t>А) читать книгу</w:t>
      </w:r>
    </w:p>
    <w:p>
      <w:pPr>
        <w:pStyle w:val="ListBullet"/>
      </w:pPr>
      <w:r>
        <w:t>Б) зелёный лес</w:t>
      </w:r>
    </w:p>
    <w:p>
      <w:pPr>
        <w:pStyle w:val="ListBullet"/>
      </w:pPr>
      <w:r>
        <w:t>В) очень быстро</w:t>
      </w:r>
    </w:p>
    <w:p>
      <w:pPr>
        <w:pStyle w:val="ListBullet"/>
      </w:pPr>
      <w:r>
        <w:t>Г) около дома</w:t>
      </w:r>
    </w:p>
    <w:p>
      <w:r>
        <w:rPr>
          <w:b/>
        </w:rPr>
        <w:t>19. Какое слово НЕ является прилагательным?</w:t>
        <w:br/>
      </w:r>
    </w:p>
    <w:p>
      <w:pPr>
        <w:pStyle w:val="ListBullet"/>
      </w:pPr>
      <w:r>
        <w:t>А) зимний</w:t>
      </w:r>
    </w:p>
    <w:p>
      <w:pPr>
        <w:pStyle w:val="ListBullet"/>
      </w:pPr>
      <w:r>
        <w:t>Б) лисий</w:t>
      </w:r>
    </w:p>
    <w:p>
      <w:pPr>
        <w:pStyle w:val="ListBullet"/>
      </w:pPr>
      <w:r>
        <w:t>В) смелость</w:t>
      </w:r>
    </w:p>
    <w:p>
      <w:pPr>
        <w:pStyle w:val="ListBullet"/>
      </w:pPr>
      <w:r>
        <w:t>Г) добрый</w:t>
      </w:r>
    </w:p>
    <w:p>
      <w:r>
        <w:rPr>
          <w:b/>
        </w:rPr>
        <w:t>20. Укажите ряд, где все слова — прилагательные.</w:t>
        <w:br/>
      </w:r>
    </w:p>
    <w:p>
      <w:pPr>
        <w:pStyle w:val="ListBullet"/>
      </w:pPr>
      <w:r>
        <w:t>А) высокий, добрый, зимний</w:t>
      </w:r>
    </w:p>
    <w:p>
      <w:pPr>
        <w:pStyle w:val="ListBullet"/>
      </w:pPr>
      <w:r>
        <w:t>Б) дом, красивый, идти</w:t>
      </w:r>
    </w:p>
    <w:p>
      <w:pPr>
        <w:pStyle w:val="ListBullet"/>
      </w:pPr>
      <w:r>
        <w:t>В) быстро, громко, тихо</w:t>
      </w:r>
    </w:p>
    <w:p>
      <w:pPr>
        <w:pStyle w:val="ListBullet"/>
      </w:pPr>
      <w:r>
        <w:t>Г) книга, лес, море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