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Имя существительное</w:t>
      </w:r>
    </w:p>
    <w:p>
      <w:r>
        <w:t>20 вопросов (один правильный ответ)</w:t>
        <w:br/>
      </w:r>
    </w:p>
    <w:p>
      <w:r>
        <w:rPr>
          <w:b/>
        </w:rPr>
        <w:t>1. Имя существительное обозначает:</w:t>
        <w:br/>
      </w:r>
    </w:p>
    <w:p>
      <w:r>
        <w:t>А) признак предмета</w:t>
        <w:br/>
        <w:t>Б) действие предмета</w:t>
        <w:br/>
        <w:t>В) предмет</w:t>
        <w:br/>
        <w:t>Г) количество предметов</w:t>
      </w:r>
    </w:p>
    <w:p>
      <w:r>
        <w:rPr>
          <w:b/>
        </w:rPr>
        <w:t>2. Имя существительное отвечает на вопросы:</w:t>
        <w:br/>
      </w:r>
    </w:p>
    <w:p>
      <w:r>
        <w:t>А) Какой? Какая?</w:t>
        <w:br/>
        <w:t>Б) Что делать?</w:t>
        <w:br/>
        <w:t>В) Кто? Что?</w:t>
        <w:br/>
        <w:t>Г) Где? Когда?</w:t>
      </w:r>
    </w:p>
    <w:p>
      <w:r>
        <w:rPr>
          <w:b/>
        </w:rPr>
        <w:t>3. Укажите имя существительное.</w:t>
        <w:br/>
      </w:r>
    </w:p>
    <w:p>
      <w:r>
        <w:t>А) красивый</w:t>
        <w:br/>
        <w:t>Б) читать</w:t>
        <w:br/>
        <w:t>В) ученик</w:t>
        <w:br/>
        <w:t>Г) быстро</w:t>
      </w:r>
    </w:p>
    <w:p>
      <w:r>
        <w:rPr>
          <w:b/>
        </w:rPr>
        <w:t>4. Какое слово является одушевлённым существительным?</w:t>
        <w:br/>
      </w:r>
    </w:p>
    <w:p>
      <w:r>
        <w:t>А) дерево</w:t>
        <w:br/>
        <w:t>Б) книга</w:t>
        <w:br/>
        <w:t>В) собака</w:t>
        <w:br/>
        <w:t>Г) окно</w:t>
      </w:r>
    </w:p>
    <w:p>
      <w:r>
        <w:rPr>
          <w:b/>
        </w:rPr>
        <w:t>5. Какое существительное неодушевлённое?</w:t>
        <w:br/>
      </w:r>
    </w:p>
    <w:p>
      <w:r>
        <w:t>А) медведь</w:t>
        <w:br/>
        <w:t>Б) мальчик</w:t>
        <w:br/>
        <w:t>В) воробей</w:t>
        <w:br/>
        <w:t>Г) карандаш</w:t>
      </w:r>
    </w:p>
    <w:p>
      <w:r>
        <w:rPr>
          <w:b/>
        </w:rPr>
        <w:t>6. Найдите существительное мужского рода.</w:t>
        <w:br/>
      </w:r>
    </w:p>
    <w:p>
      <w:r>
        <w:t>А) ночь</w:t>
        <w:br/>
        <w:t>Б) тетрадь</w:t>
        <w:br/>
        <w:t>В) земля</w:t>
        <w:br/>
        <w:t>Г) герой</w:t>
      </w:r>
    </w:p>
    <w:p>
      <w:r>
        <w:rPr>
          <w:b/>
        </w:rPr>
        <w:t>7. Найдите существительное женского рода.</w:t>
        <w:br/>
      </w:r>
    </w:p>
    <w:p>
      <w:r>
        <w:t>А) окно</w:t>
        <w:br/>
        <w:t>Б) словарь</w:t>
        <w:br/>
        <w:t>В) сирень</w:t>
        <w:br/>
        <w:t>Г) дом</w:t>
      </w:r>
    </w:p>
    <w:p>
      <w:r>
        <w:rPr>
          <w:b/>
        </w:rPr>
        <w:t>8. Найдите существительное среднего рода.</w:t>
        <w:br/>
      </w:r>
    </w:p>
    <w:p>
      <w:r>
        <w:t>А) площадь</w:t>
        <w:br/>
        <w:t>Б) учитель</w:t>
        <w:br/>
        <w:t>В) море</w:t>
        <w:br/>
        <w:t>Г) тюль</w:t>
      </w:r>
    </w:p>
    <w:p>
      <w:r>
        <w:rPr>
          <w:b/>
        </w:rPr>
        <w:t>9. Какое существительное относится к общему роду?</w:t>
        <w:br/>
      </w:r>
    </w:p>
    <w:p>
      <w:r>
        <w:t>А) окно</w:t>
        <w:br/>
        <w:t>Б) лес</w:t>
        <w:br/>
        <w:t>В) книга</w:t>
        <w:br/>
        <w:t>Г) плакса</w:t>
      </w:r>
    </w:p>
    <w:p>
      <w:r>
        <w:rPr>
          <w:b/>
        </w:rPr>
        <w:t>10. Собственное имя существительное:</w:t>
        <w:br/>
      </w:r>
    </w:p>
    <w:p>
      <w:r>
        <w:t>А) город</w:t>
        <w:br/>
        <w:t>Б) страна</w:t>
        <w:br/>
        <w:t>В) Самарканд</w:t>
        <w:br/>
        <w:t>Г) улица</w:t>
      </w:r>
    </w:p>
    <w:p>
      <w:r>
        <w:rPr>
          <w:b/>
        </w:rPr>
        <w:t>11. Нарицательное существительное:</w:t>
        <w:br/>
      </w:r>
    </w:p>
    <w:p>
      <w:r>
        <w:t>А) Волга</w:t>
        <w:br/>
        <w:t>Б) Москва</w:t>
        <w:br/>
        <w:t>В) Алишер</w:t>
        <w:br/>
        <w:t>Г) река</w:t>
      </w:r>
    </w:p>
    <w:p>
      <w:r>
        <w:rPr>
          <w:b/>
        </w:rPr>
        <w:t>12. Укажите существительное 1-го склонения.</w:t>
        <w:br/>
      </w:r>
    </w:p>
    <w:p>
      <w:r>
        <w:t>А) стол</w:t>
        <w:br/>
        <w:t>Б) мама</w:t>
        <w:br/>
        <w:t>В) ночь</w:t>
        <w:br/>
        <w:t>Г) окно</w:t>
      </w:r>
    </w:p>
    <w:p>
      <w:r>
        <w:rPr>
          <w:b/>
        </w:rPr>
        <w:t>13. Укажите существительное 2-го склонения.</w:t>
        <w:br/>
      </w:r>
    </w:p>
    <w:p>
      <w:r>
        <w:t>А) земля</w:t>
        <w:br/>
        <w:t>Б) тетрадь</w:t>
        <w:br/>
        <w:t>В) карандаш</w:t>
        <w:br/>
        <w:t>Г) сирень</w:t>
      </w:r>
    </w:p>
    <w:p>
      <w:r>
        <w:rPr>
          <w:b/>
        </w:rPr>
        <w:t>14. Укажите существительное 3-го склонения.</w:t>
        <w:br/>
      </w:r>
    </w:p>
    <w:p>
      <w:r>
        <w:t>А) окно</w:t>
        <w:br/>
        <w:t>Б) море</w:t>
        <w:br/>
        <w:t>В) герой</w:t>
        <w:br/>
        <w:t>Г) мышь</w:t>
      </w:r>
    </w:p>
    <w:p>
      <w:r>
        <w:rPr>
          <w:b/>
        </w:rPr>
        <w:t>15. Какое существительное разносклоняемое?</w:t>
        <w:br/>
      </w:r>
    </w:p>
    <w:p>
      <w:r>
        <w:t>А) метро</w:t>
        <w:br/>
        <w:t>Б) окно</w:t>
        <w:br/>
        <w:t>В) время</w:t>
        <w:br/>
        <w:t>Г) книга</w:t>
      </w:r>
    </w:p>
    <w:p>
      <w:r>
        <w:rPr>
          <w:b/>
        </w:rPr>
        <w:t>16. Какое существительное несклоняемое?</w:t>
        <w:br/>
      </w:r>
    </w:p>
    <w:p>
      <w:r>
        <w:t>А) мама</w:t>
        <w:br/>
        <w:t>Б) стол</w:t>
        <w:br/>
        <w:t>В) море</w:t>
        <w:br/>
        <w:t>Г) пальто</w:t>
      </w:r>
    </w:p>
    <w:p>
      <w:r>
        <w:rPr>
          <w:b/>
        </w:rPr>
        <w:t>17. В каком слове форма множественного числа?</w:t>
        <w:br/>
      </w:r>
    </w:p>
    <w:p>
      <w:r>
        <w:t>А) река</w:t>
        <w:br/>
        <w:t>Б) книга</w:t>
        <w:br/>
        <w:t>В) ученик</w:t>
        <w:br/>
        <w:t>Г) деревья</w:t>
      </w:r>
    </w:p>
    <w:p>
      <w:r>
        <w:rPr>
          <w:b/>
        </w:rPr>
        <w:t>18. Какое слово является существительным?</w:t>
        <w:br/>
      </w:r>
    </w:p>
    <w:p>
      <w:r>
        <w:t>А) зелёный</w:t>
        <w:br/>
        <w:t>Б) весело</w:t>
        <w:br/>
        <w:t>В) читать</w:t>
        <w:br/>
        <w:t>Г) счастье</w:t>
      </w:r>
    </w:p>
    <w:p>
      <w:r>
        <w:rPr>
          <w:b/>
        </w:rPr>
        <w:t>19. В каком ряду только существительные?</w:t>
        <w:br/>
      </w:r>
    </w:p>
    <w:p>
      <w:r>
        <w:t>А) школа, красивый, дом</w:t>
        <w:br/>
        <w:t>Б) читать, ученик, книга</w:t>
        <w:br/>
        <w:t>В) солнце, лес, дружба</w:t>
        <w:br/>
        <w:t>Г) высокий, море, идти</w:t>
      </w:r>
    </w:p>
    <w:p>
      <w:r>
        <w:rPr>
          <w:b/>
        </w:rPr>
        <w:t>20. Укажите предложение, где выделенное слово — существительное.</w:t>
        <w:br/>
      </w:r>
    </w:p>
    <w:p>
      <w:r>
        <w:t>А) Он читает книгу.</w:t>
        <w:br/>
        <w:t>Б) Девочка красивая.</w:t>
        <w:br/>
        <w:t>В) Мы быстро пришли.</w:t>
        <w:br/>
        <w:t>Г) Весна наступила.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