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Тест №1 по теме «Лексика и лексическое значение слова»</w:t>
      </w:r>
    </w:p>
    <w:p>
      <w:r>
        <w:t>7–8 класс</w:t>
        <w:br/>
        <w:br/>
        <w:t>Ф.И. ____________________________   Класс ______   Дата __________</w:t>
        <w:br/>
      </w:r>
    </w:p>
    <w:p>
      <w:r>
        <w:t>Выберите один правильный ответ.</w:t>
        <w:br/>
      </w:r>
    </w:p>
    <w:p>
      <w:r>
        <w:rPr>
          <w:b/>
        </w:rPr>
        <w:t>1. Что изучает лексика?</w:t>
      </w:r>
    </w:p>
    <w:p>
      <w:r>
        <w:t>А) Звуки речи</w:t>
        <w:br/>
        <w:t>Б) Словарный состав языка</w:t>
        <w:br/>
        <w:t>В) Части речи</w:t>
        <w:br/>
        <w:t>Г) Предложения</w:t>
      </w:r>
    </w:p>
    <w:p>
      <w:r>
        <w:rPr>
          <w:b/>
        </w:rPr>
        <w:t>2. Лексическое значение слова — это...</w:t>
      </w:r>
    </w:p>
    <w:p>
      <w:r>
        <w:t>А) Его написание</w:t>
        <w:br/>
        <w:t>Б) Его произношение</w:t>
        <w:br/>
        <w:t>В) Его смысл, то, что оно обозначает</w:t>
        <w:br/>
        <w:t>Г) Его окончание</w:t>
      </w:r>
    </w:p>
    <w:p>
      <w:r>
        <w:rPr>
          <w:b/>
        </w:rPr>
        <w:t>3. Какое слово является однозначным?</w:t>
      </w:r>
    </w:p>
    <w:p>
      <w:r>
        <w:t>А) Игла</w:t>
        <w:br/>
        <w:t>Б) Берёза</w:t>
        <w:br/>
        <w:t>В) Корень</w:t>
        <w:br/>
        <w:t>Г) Язык</w:t>
      </w:r>
    </w:p>
    <w:p>
      <w:r>
        <w:rPr>
          <w:b/>
        </w:rPr>
        <w:t>4. Какое слово является многозначным?</w:t>
      </w:r>
    </w:p>
    <w:p>
      <w:r>
        <w:t>А) Луна</w:t>
        <w:br/>
        <w:t>Б) Карандаш</w:t>
        <w:br/>
        <w:t>В) Ключ</w:t>
        <w:br/>
        <w:t>Г) Январь</w:t>
      </w:r>
    </w:p>
    <w:p>
      <w:r>
        <w:rPr>
          <w:b/>
        </w:rPr>
        <w:t>5. Как называется раздел науки, изучающий словарный состав языка?</w:t>
      </w:r>
    </w:p>
    <w:p>
      <w:r>
        <w:t>А) Морфология</w:t>
        <w:br/>
        <w:t>Б) Синтаксис</w:t>
        <w:br/>
        <w:t>В) Лексика</w:t>
        <w:br/>
        <w:t>Г) Фонетика</w:t>
      </w:r>
    </w:p>
    <w:p>
      <w:r>
        <w:rPr>
          <w:b/>
        </w:rPr>
        <w:t>6. В каком словосочетании слово «язык» обозначает орган вкуса?</w:t>
      </w:r>
    </w:p>
    <w:p>
      <w:r>
        <w:t>А) Русский язык</w:t>
        <w:br/>
        <w:t>Б) Язык пламени</w:t>
        <w:br/>
        <w:t>В) Прикусил язык</w:t>
        <w:br/>
        <w:t>Г) Язык программирования</w:t>
      </w:r>
    </w:p>
    <w:p>
      <w:r>
        <w:rPr>
          <w:b/>
        </w:rPr>
        <w:t>7. В каком словосочетании слово «корень» употреблено в значении части растения?</w:t>
      </w:r>
    </w:p>
    <w:p>
      <w:r>
        <w:t>А) Корень слова</w:t>
        <w:br/>
        <w:t>Б) Корень уравнения</w:t>
        <w:br/>
        <w:t>В) Корень дуба</w:t>
        <w:br/>
        <w:t>Г) Корень проблемы</w:t>
      </w:r>
    </w:p>
    <w:p>
      <w:r>
        <w:rPr>
          <w:b/>
        </w:rPr>
        <w:t>8. Какое слово имеет несколько лексических значений?</w:t>
      </w:r>
    </w:p>
    <w:p>
      <w:r>
        <w:t>А) Компас</w:t>
        <w:br/>
        <w:t>Б) Стул</w:t>
        <w:br/>
        <w:t>В) Лист</w:t>
        <w:br/>
        <w:t>Г) Январь</w:t>
      </w:r>
    </w:p>
    <w:p>
      <w:r>
        <w:rPr>
          <w:b/>
        </w:rPr>
        <w:t>9. Где можно узнать точное лексическое значение слова?</w:t>
      </w:r>
    </w:p>
    <w:p>
      <w:r>
        <w:t>А) В орфографическом словаре</w:t>
        <w:br/>
        <w:t>Б) В толковом словаре</w:t>
        <w:br/>
        <w:t>В) В календаре</w:t>
        <w:br/>
        <w:t>Г) В учебнике математики</w:t>
      </w:r>
    </w:p>
    <w:p>
      <w:r>
        <w:rPr>
          <w:b/>
        </w:rPr>
        <w:t>10. Какое слово является однозначным?</w:t>
      </w:r>
    </w:p>
    <w:p>
      <w:r>
        <w:t>А) Телефон</w:t>
        <w:br/>
        <w:t>Б) Ручка</w:t>
        <w:br/>
        <w:t>В) Хвост</w:t>
        <w:br/>
        <w:t>Г) Голова</w:t>
      </w:r>
    </w:p>
    <w:p>
      <w:r>
        <w:rPr>
          <w:b/>
        </w:rPr>
        <w:t>11. В каком ряду все слова многозначные?</w:t>
      </w:r>
    </w:p>
    <w:p>
      <w:r>
        <w:t>А) Голова, лист, язык</w:t>
        <w:br/>
        <w:t>Б) Ель, сосна, дуб</w:t>
        <w:br/>
        <w:t>В) Карандаш, тетрадь, пенал</w:t>
        <w:br/>
        <w:t>Г) Январь, февраль, март</w:t>
      </w:r>
    </w:p>
    <w:p>
      <w:r>
        <w:rPr>
          <w:b/>
        </w:rPr>
        <w:t>12. Что помогает определить значение многозначного слова?</w:t>
      </w:r>
    </w:p>
    <w:p>
      <w:r>
        <w:t>А) Почерк</w:t>
        <w:br/>
        <w:t>Б) Контекст</w:t>
        <w:br/>
        <w:t>В) Размер букв</w:t>
        <w:br/>
        <w:t>Г) Цвет текста</w:t>
      </w:r>
    </w:p>
    <w:p>
      <w:r>
        <w:rPr>
          <w:b/>
        </w:rPr>
        <w:t>13. Какое слово НЕ является многозначным?</w:t>
      </w:r>
    </w:p>
    <w:p>
      <w:r>
        <w:t>А) Звезда</w:t>
        <w:br/>
        <w:t>Б) Корень</w:t>
        <w:br/>
        <w:t>В) Берёза</w:t>
        <w:br/>
        <w:t>Г) Лист</w:t>
      </w:r>
    </w:p>
    <w:p>
      <w:r>
        <w:rPr>
          <w:b/>
        </w:rPr>
        <w:t>14. Какое утверждение верное?</w:t>
      </w:r>
    </w:p>
    <w:p>
      <w:r>
        <w:t>А) Все слова имеют только одно значение.</w:t>
        <w:br/>
        <w:t>Б) Все слова имеют много значений.</w:t>
        <w:br/>
        <w:t>В) Однозначные слова имеют одно значение, многозначные — несколько.</w:t>
        <w:br/>
        <w:t>Г) Лексика изучает звуки речи.</w:t>
      </w:r>
    </w:p>
    <w:p>
      <w:r>
        <w:rPr>
          <w:b/>
        </w:rPr>
        <w:t>15. Укажите многозначное слово.</w:t>
      </w:r>
    </w:p>
    <w:p>
      <w:r>
        <w:t>А) Глобус</w:t>
        <w:br/>
        <w:t>Б) Игла</w:t>
        <w:br/>
        <w:t>В) Ласточка (птица)</w:t>
        <w:br/>
        <w:t>Г) Календарь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