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№1</w:t>
        <w:br/>
        <w:t>Тема: «Понятие о словообразовании»</w:t>
      </w:r>
    </w:p>
    <w:p>
      <w:r>
        <w:t>Выберите один правильный ответ.</w:t>
        <w:br/>
      </w:r>
    </w:p>
    <w:p>
      <w:r>
        <w:rPr>
          <w:b/>
        </w:rPr>
        <w:t>1. Что изучает словообразование?</w:t>
      </w:r>
    </w:p>
    <w:p>
      <w:pPr>
        <w:pStyle w:val="ListBullet"/>
      </w:pPr>
      <w:r>
        <w:t>А) звуки речи</w:t>
      </w:r>
    </w:p>
    <w:p>
      <w:pPr>
        <w:pStyle w:val="ListBullet"/>
      </w:pPr>
      <w:r>
        <w:t>Б) способы образования новых слов</w:t>
      </w:r>
    </w:p>
    <w:p>
      <w:pPr>
        <w:pStyle w:val="ListBullet"/>
      </w:pPr>
      <w:r>
        <w:t>В) части речи</w:t>
      </w:r>
    </w:p>
    <w:p>
      <w:pPr>
        <w:pStyle w:val="ListBullet"/>
      </w:pPr>
      <w:r>
        <w:t>Г) словосочетания</w:t>
      </w:r>
    </w:p>
    <w:p>
      <w:r>
        <w:rPr>
          <w:b/>
        </w:rPr>
        <w:t>2. Производное слово — это...</w:t>
      </w:r>
    </w:p>
    <w:p>
      <w:pPr>
        <w:pStyle w:val="ListBullet"/>
      </w:pPr>
      <w:r>
        <w:t>А) слово, образованное от другого слова</w:t>
      </w:r>
    </w:p>
    <w:p>
      <w:pPr>
        <w:pStyle w:val="ListBullet"/>
      </w:pPr>
      <w:r>
        <w:t>Б) слово с окончанием</w:t>
      </w:r>
    </w:p>
    <w:p>
      <w:pPr>
        <w:pStyle w:val="ListBullet"/>
      </w:pPr>
      <w:r>
        <w:t>В) неизменяемое слово</w:t>
      </w:r>
    </w:p>
    <w:p>
      <w:pPr>
        <w:pStyle w:val="ListBullet"/>
      </w:pPr>
      <w:r>
        <w:t>Г) любое существительное</w:t>
      </w:r>
    </w:p>
    <w:p>
      <w:r>
        <w:rPr>
          <w:b/>
        </w:rPr>
        <w:t>3. Производящее слово — это...</w:t>
      </w:r>
    </w:p>
    <w:p>
      <w:pPr>
        <w:pStyle w:val="ListBullet"/>
      </w:pPr>
      <w:r>
        <w:t>А) слово, которое изменяется</w:t>
      </w:r>
    </w:p>
    <w:p>
      <w:pPr>
        <w:pStyle w:val="ListBullet"/>
      </w:pPr>
      <w:r>
        <w:t>Б) слово, от которого образовано новое слово</w:t>
      </w:r>
    </w:p>
    <w:p>
      <w:pPr>
        <w:pStyle w:val="ListBullet"/>
      </w:pPr>
      <w:r>
        <w:t>В) слово с приставкой</w:t>
      </w:r>
    </w:p>
    <w:p>
      <w:pPr>
        <w:pStyle w:val="ListBullet"/>
      </w:pPr>
      <w:r>
        <w:t>Г) слово без окончания</w:t>
      </w:r>
    </w:p>
    <w:p>
      <w:r>
        <w:rPr>
          <w:b/>
        </w:rPr>
        <w:t>4. Укажите производящее слово для слова «лесник».</w:t>
      </w:r>
    </w:p>
    <w:p>
      <w:pPr>
        <w:pStyle w:val="ListBullet"/>
      </w:pPr>
      <w:r>
        <w:t>А) лесной</w:t>
      </w:r>
    </w:p>
    <w:p>
      <w:pPr>
        <w:pStyle w:val="ListBullet"/>
      </w:pPr>
      <w:r>
        <w:t>Б) лес</w:t>
      </w:r>
    </w:p>
    <w:p>
      <w:pPr>
        <w:pStyle w:val="ListBullet"/>
      </w:pPr>
      <w:r>
        <w:t>В) лесочек</w:t>
      </w:r>
    </w:p>
    <w:p>
      <w:pPr>
        <w:pStyle w:val="ListBullet"/>
      </w:pPr>
      <w:r>
        <w:t>Г) перелесок</w:t>
      </w:r>
    </w:p>
    <w:p>
      <w:r>
        <w:rPr>
          <w:b/>
        </w:rPr>
        <w:t>5. Как называется основа, от которой образовано новое слово?</w:t>
      </w:r>
    </w:p>
    <w:p>
      <w:pPr>
        <w:pStyle w:val="ListBullet"/>
      </w:pPr>
      <w:r>
        <w:t>А) грамматическая</w:t>
      </w:r>
    </w:p>
    <w:p>
      <w:pPr>
        <w:pStyle w:val="ListBullet"/>
      </w:pPr>
      <w:r>
        <w:t>Б) производящая</w:t>
      </w:r>
    </w:p>
    <w:p>
      <w:pPr>
        <w:pStyle w:val="ListBullet"/>
      </w:pPr>
      <w:r>
        <w:t>В) морфемная</w:t>
      </w:r>
    </w:p>
    <w:p>
      <w:pPr>
        <w:pStyle w:val="ListBullet"/>
      </w:pPr>
      <w:r>
        <w:t>Г) простая</w:t>
      </w:r>
    </w:p>
    <w:p>
      <w:r>
        <w:rPr>
          <w:b/>
        </w:rPr>
        <w:t>6. Какая пара слов находится в словообразовательных отношениях?</w:t>
      </w:r>
    </w:p>
    <w:p>
      <w:pPr>
        <w:pStyle w:val="ListBullet"/>
      </w:pPr>
      <w:r>
        <w:t>А) дом — дома</w:t>
      </w:r>
    </w:p>
    <w:p>
      <w:pPr>
        <w:pStyle w:val="ListBullet"/>
      </w:pPr>
      <w:r>
        <w:t>Б) читать — читает</w:t>
      </w:r>
    </w:p>
    <w:p>
      <w:pPr>
        <w:pStyle w:val="ListBullet"/>
      </w:pPr>
      <w:r>
        <w:t>В) лес — лесник</w:t>
      </w:r>
    </w:p>
    <w:p>
      <w:pPr>
        <w:pStyle w:val="ListBullet"/>
      </w:pPr>
      <w:r>
        <w:t>Г) красивый — красивее</w:t>
      </w:r>
    </w:p>
    <w:p>
      <w:r>
        <w:rPr>
          <w:b/>
        </w:rPr>
        <w:t>7. Какое слово является непроизводным?</w:t>
      </w:r>
    </w:p>
    <w:p>
      <w:pPr>
        <w:pStyle w:val="ListBullet"/>
      </w:pPr>
      <w:r>
        <w:t>А) домашний</w:t>
      </w:r>
    </w:p>
    <w:p>
      <w:pPr>
        <w:pStyle w:val="ListBullet"/>
      </w:pPr>
      <w:r>
        <w:t>Б) подводный</w:t>
      </w:r>
    </w:p>
    <w:p>
      <w:pPr>
        <w:pStyle w:val="ListBullet"/>
      </w:pPr>
      <w:r>
        <w:t>В) лес</w:t>
      </w:r>
    </w:p>
    <w:p>
      <w:pPr>
        <w:pStyle w:val="ListBullet"/>
      </w:pPr>
      <w:r>
        <w:t>Г) перелесок</w:t>
      </w:r>
    </w:p>
    <w:p>
      <w:r>
        <w:rPr>
          <w:b/>
        </w:rPr>
        <w:t>8. Какое слово образовано от слова «учить»?</w:t>
      </w:r>
    </w:p>
    <w:p>
      <w:pPr>
        <w:pStyle w:val="ListBullet"/>
      </w:pPr>
      <w:r>
        <w:t>А) учитель</w:t>
      </w:r>
    </w:p>
    <w:p>
      <w:pPr>
        <w:pStyle w:val="ListBullet"/>
      </w:pPr>
      <w:r>
        <w:t>Б) урок</w:t>
      </w:r>
    </w:p>
    <w:p>
      <w:pPr>
        <w:pStyle w:val="ListBullet"/>
      </w:pPr>
      <w:r>
        <w:t>В) школа</w:t>
      </w:r>
    </w:p>
    <w:p>
      <w:pPr>
        <w:pStyle w:val="ListBullet"/>
      </w:pPr>
      <w:r>
        <w:t>Г) учебник</w:t>
      </w:r>
    </w:p>
    <w:p>
      <w:r>
        <w:rPr>
          <w:b/>
        </w:rPr>
        <w:t>9. В какой паре первое слово является производящим?</w:t>
      </w:r>
    </w:p>
    <w:p>
      <w:pPr>
        <w:pStyle w:val="ListBullet"/>
      </w:pPr>
      <w:r>
        <w:t>А) водитель — водить</w:t>
      </w:r>
    </w:p>
    <w:p>
      <w:pPr>
        <w:pStyle w:val="ListBullet"/>
      </w:pPr>
      <w:r>
        <w:t>Б) водить — водитель</w:t>
      </w:r>
    </w:p>
    <w:p>
      <w:pPr>
        <w:pStyle w:val="ListBullet"/>
      </w:pPr>
      <w:r>
        <w:t>В) лесник — лес</w:t>
      </w:r>
    </w:p>
    <w:p>
      <w:pPr>
        <w:pStyle w:val="ListBullet"/>
      </w:pPr>
      <w:r>
        <w:t>Г) домашний — дом</w:t>
      </w:r>
    </w:p>
    <w:p>
      <w:r>
        <w:rPr>
          <w:b/>
        </w:rPr>
        <w:t>10. Что является результатом словообразования?</w:t>
      </w:r>
    </w:p>
    <w:p>
      <w:pPr>
        <w:pStyle w:val="ListBullet"/>
      </w:pPr>
      <w:r>
        <w:t>А) новая форма слова</w:t>
      </w:r>
    </w:p>
    <w:p>
      <w:pPr>
        <w:pStyle w:val="ListBullet"/>
      </w:pPr>
      <w:r>
        <w:t>Б) новое слово</w:t>
      </w:r>
    </w:p>
    <w:p>
      <w:pPr>
        <w:pStyle w:val="ListBullet"/>
      </w:pPr>
      <w:r>
        <w:t>В) новое предложение</w:t>
      </w:r>
    </w:p>
    <w:p>
      <w:pPr>
        <w:pStyle w:val="ListBullet"/>
      </w:pPr>
      <w:r>
        <w:t>Г) новое словосочетание</w:t>
      </w:r>
    </w:p>
    <w:p>
      <w:r>
        <w:rPr>
          <w:b/>
        </w:rPr>
        <w:t>11. Найдите лишнее слово.</w:t>
      </w:r>
    </w:p>
    <w:p>
      <w:pPr>
        <w:pStyle w:val="ListBullet"/>
      </w:pPr>
      <w:r>
        <w:t>А) лес</w:t>
      </w:r>
    </w:p>
    <w:p>
      <w:pPr>
        <w:pStyle w:val="ListBullet"/>
      </w:pPr>
      <w:r>
        <w:t>Б) лесной</w:t>
      </w:r>
    </w:p>
    <w:p>
      <w:pPr>
        <w:pStyle w:val="ListBullet"/>
      </w:pPr>
      <w:r>
        <w:t>В) лесник</w:t>
      </w:r>
    </w:p>
    <w:p>
      <w:pPr>
        <w:pStyle w:val="ListBullet"/>
      </w:pPr>
      <w:r>
        <w:t>Г) деревья</w:t>
      </w:r>
    </w:p>
    <w:p>
      <w:r>
        <w:rPr>
          <w:b/>
        </w:rPr>
        <w:t>12. Определите производящее слово для слова «подснежник».</w:t>
      </w:r>
    </w:p>
    <w:p>
      <w:pPr>
        <w:pStyle w:val="ListBullet"/>
      </w:pPr>
      <w:r>
        <w:t>А) снег</w:t>
      </w:r>
    </w:p>
    <w:p>
      <w:pPr>
        <w:pStyle w:val="ListBullet"/>
      </w:pPr>
      <w:r>
        <w:t>Б) снежный</w:t>
      </w:r>
    </w:p>
    <w:p>
      <w:pPr>
        <w:pStyle w:val="ListBullet"/>
      </w:pPr>
      <w:r>
        <w:t>В) подснежный</w:t>
      </w:r>
    </w:p>
    <w:p>
      <w:pPr>
        <w:pStyle w:val="ListBullet"/>
      </w:pPr>
      <w:r>
        <w:t>Г) снежок</w:t>
      </w:r>
    </w:p>
    <w:p>
      <w:r>
        <w:rPr>
          <w:b/>
        </w:rPr>
        <w:t>13. Какая пара является формой одного слова, а не словообразовательной парой?</w:t>
      </w:r>
    </w:p>
    <w:p>
      <w:pPr>
        <w:pStyle w:val="ListBullet"/>
      </w:pPr>
      <w:r>
        <w:t>А) книга — книжка</w:t>
      </w:r>
    </w:p>
    <w:p>
      <w:pPr>
        <w:pStyle w:val="ListBullet"/>
      </w:pPr>
      <w:r>
        <w:t>Б) дом — дома</w:t>
      </w:r>
    </w:p>
    <w:p>
      <w:pPr>
        <w:pStyle w:val="ListBullet"/>
      </w:pPr>
      <w:r>
        <w:t>В) снег — снежный</w:t>
      </w:r>
    </w:p>
    <w:p>
      <w:pPr>
        <w:pStyle w:val="ListBullet"/>
      </w:pPr>
      <w:r>
        <w:t>Г) писать — писатель</w:t>
      </w:r>
    </w:p>
    <w:p>
      <w:r>
        <w:rPr>
          <w:b/>
        </w:rPr>
        <w:t>14. Какое утверждение верно?</w:t>
      </w:r>
    </w:p>
    <w:p>
      <w:pPr>
        <w:pStyle w:val="ListBullet"/>
      </w:pPr>
      <w:r>
        <w:t>А) Производящее слово всегда длиннее производного.</w:t>
      </w:r>
    </w:p>
    <w:p>
      <w:pPr>
        <w:pStyle w:val="ListBullet"/>
      </w:pPr>
      <w:r>
        <w:t>Б) Производное слово образуется от производящего.</w:t>
      </w:r>
    </w:p>
    <w:p>
      <w:pPr>
        <w:pStyle w:val="ListBullet"/>
      </w:pPr>
      <w:r>
        <w:t>В) Производное слово не имеет основы.</w:t>
      </w:r>
    </w:p>
    <w:p>
      <w:pPr>
        <w:pStyle w:val="ListBullet"/>
      </w:pPr>
      <w:r>
        <w:t>Г) Все слова являются производными.</w:t>
      </w:r>
    </w:p>
    <w:p>
      <w:r>
        <w:rPr>
          <w:b/>
        </w:rPr>
        <w:t>15. Что необходимо определить в первую очередь при словообразовательном анализе?</w:t>
      </w:r>
    </w:p>
    <w:p>
      <w:pPr>
        <w:pStyle w:val="ListBullet"/>
      </w:pPr>
      <w:r>
        <w:t>А) часть речи</w:t>
      </w:r>
    </w:p>
    <w:p>
      <w:pPr>
        <w:pStyle w:val="ListBullet"/>
      </w:pPr>
      <w:r>
        <w:t>Б) производящее слово</w:t>
      </w:r>
    </w:p>
    <w:p>
      <w:pPr>
        <w:pStyle w:val="ListBullet"/>
      </w:pPr>
      <w:r>
        <w:t>В) окончание</w:t>
      </w:r>
    </w:p>
    <w:p>
      <w:pPr>
        <w:pStyle w:val="ListBullet"/>
      </w:pPr>
      <w:r>
        <w:t>Г) ударение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