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10. Служебные части речи (повышенный уровень)</w:t>
      </w:r>
    </w:p>
    <w:p>
      <w:r>
        <w:t>Выберите один правильный ответ. 20 вопросов. Ответы не указаны.</w:t>
        <w:br/>
      </w:r>
    </w:p>
    <w:p>
      <w:r>
        <w:rPr>
          <w:b/>
        </w:rPr>
        <w:t>1. Какая часть речи относится к служебным?</w:t>
        <w:br/>
      </w:r>
    </w:p>
    <w:p>
      <w:r>
        <w:t>А) существительное</w:t>
      </w:r>
    </w:p>
    <w:p>
      <w:r>
        <w:t>Б) предлог</w:t>
      </w:r>
    </w:p>
    <w:p>
      <w:r>
        <w:t>В) глагол</w:t>
      </w:r>
    </w:p>
    <w:p>
      <w:r>
        <w:t>Г) наречие</w:t>
      </w:r>
    </w:p>
    <w:p>
      <w:r>
        <w:rPr>
          <w:b/>
        </w:rPr>
        <w:t>2. Предлог служит для:</w:t>
        <w:br/>
      </w:r>
    </w:p>
    <w:p>
      <w:r>
        <w:t>А) связи слов в словосочетании и предложении</w:t>
      </w:r>
    </w:p>
    <w:p>
      <w:r>
        <w:t>Б) обозначения действия</w:t>
      </w:r>
    </w:p>
    <w:p>
      <w:r>
        <w:t>В) обозначения признака</w:t>
      </w:r>
    </w:p>
    <w:p>
      <w:r>
        <w:t>Г) выражения эмоций</w:t>
      </w:r>
    </w:p>
    <w:p>
      <w:r>
        <w:rPr>
          <w:b/>
        </w:rPr>
        <w:t>3. Укажите производный предлог.</w:t>
        <w:br/>
      </w:r>
    </w:p>
    <w:p>
      <w:r>
        <w:t>А) возле</w:t>
      </w:r>
    </w:p>
    <w:p>
      <w:r>
        <w:t>Б) в течение</w:t>
      </w:r>
    </w:p>
    <w:p>
      <w:r>
        <w:t>В) под</w:t>
      </w:r>
    </w:p>
    <w:p>
      <w:r>
        <w:t>Г) над</w:t>
      </w:r>
    </w:p>
    <w:p>
      <w:r>
        <w:rPr>
          <w:b/>
        </w:rPr>
        <w:t>4. Какой союз является сочинительным?</w:t>
        <w:br/>
      </w:r>
    </w:p>
    <w:p>
      <w:r>
        <w:t>А) потому что</w:t>
      </w:r>
    </w:p>
    <w:p>
      <w:r>
        <w:t>Б) если</w:t>
      </w:r>
    </w:p>
    <w:p>
      <w:r>
        <w:t>В) и</w:t>
      </w:r>
    </w:p>
    <w:p>
      <w:r>
        <w:t>Г) хотя</w:t>
      </w:r>
    </w:p>
    <w:p>
      <w:r>
        <w:rPr>
          <w:b/>
        </w:rPr>
        <w:t>5. Какой союз является подчинительным?</w:t>
        <w:br/>
      </w:r>
    </w:p>
    <w:p>
      <w:r>
        <w:t>А) но</w:t>
      </w:r>
    </w:p>
    <w:p>
      <w:r>
        <w:t>Б) или</w:t>
      </w:r>
    </w:p>
    <w:p>
      <w:r>
        <w:t>В) зато</w:t>
      </w:r>
    </w:p>
    <w:p>
      <w:r>
        <w:t>Г) потому что</w:t>
      </w:r>
    </w:p>
    <w:p>
      <w:r>
        <w:rPr>
          <w:b/>
        </w:rPr>
        <w:t>6. Укажите предложение с составным союзом.</w:t>
        <w:br/>
      </w:r>
    </w:p>
    <w:p>
      <w:r>
        <w:t>А) Я пришёл, потому что меня позвали.</w:t>
      </w:r>
    </w:p>
    <w:p>
      <w:r>
        <w:t>Б) Он и я пришли.</w:t>
      </w:r>
    </w:p>
    <w:p>
      <w:r>
        <w:t>В) Мы или они.</w:t>
      </w:r>
    </w:p>
    <w:p>
      <w:r>
        <w:t>Г) Не только он.</w:t>
      </w:r>
    </w:p>
    <w:p>
      <w:r>
        <w:rPr>
          <w:b/>
        </w:rPr>
        <w:t>7. Частица служит для:</w:t>
        <w:br/>
      </w:r>
    </w:p>
    <w:p>
      <w:r>
        <w:t>А) связи предложений</w:t>
      </w:r>
    </w:p>
    <w:p>
      <w:r>
        <w:t>Б) образования форм слов и оттенков значения</w:t>
      </w:r>
    </w:p>
    <w:p>
      <w:r>
        <w:t>В) обозначения предмета</w:t>
      </w:r>
    </w:p>
    <w:p>
      <w:r>
        <w:t>Г) обозначения действия</w:t>
      </w:r>
    </w:p>
    <w:p>
      <w:r>
        <w:rPr>
          <w:b/>
        </w:rPr>
        <w:t>8. Укажите формообразующую частицу.</w:t>
        <w:br/>
      </w:r>
    </w:p>
    <w:p>
      <w:r>
        <w:t>А) бы</w:t>
      </w:r>
    </w:p>
    <w:p>
      <w:r>
        <w:t>Б) не</w:t>
      </w:r>
    </w:p>
    <w:p>
      <w:r>
        <w:t>В) даже</w:t>
      </w:r>
    </w:p>
    <w:p>
      <w:r>
        <w:t>Г) только</w:t>
      </w:r>
    </w:p>
    <w:p>
      <w:r>
        <w:rPr>
          <w:b/>
        </w:rPr>
        <w:t>9. Укажите отрицательную частицу.</w:t>
        <w:br/>
      </w:r>
    </w:p>
    <w:p>
      <w:r>
        <w:t>А) ли</w:t>
      </w:r>
    </w:p>
    <w:p>
      <w:r>
        <w:t>Б) же</w:t>
      </w:r>
    </w:p>
    <w:p>
      <w:r>
        <w:t>В) не</w:t>
      </w:r>
    </w:p>
    <w:p>
      <w:r>
        <w:t>Г) бы</w:t>
      </w:r>
    </w:p>
    <w:p>
      <w:r>
        <w:rPr>
          <w:b/>
        </w:rPr>
        <w:t>10. Междометие выражает:</w:t>
        <w:br/>
      </w:r>
    </w:p>
    <w:p>
      <w:r>
        <w:t>А) отношения между словами</w:t>
      </w:r>
    </w:p>
    <w:p>
      <w:r>
        <w:t>Б) чувства, эмоции, побуждения</w:t>
      </w:r>
    </w:p>
    <w:p>
      <w:r>
        <w:t>В) действие</w:t>
      </w:r>
    </w:p>
    <w:p>
      <w:r>
        <w:t>Г) признак</w:t>
      </w:r>
    </w:p>
    <w:p>
      <w:r>
        <w:rPr>
          <w:b/>
        </w:rPr>
        <w:t>11. Укажите междометие.</w:t>
        <w:br/>
      </w:r>
    </w:p>
    <w:p>
      <w:r>
        <w:t>А) ах</w:t>
      </w:r>
    </w:p>
    <w:p>
      <w:r>
        <w:t>Б) чтобы</w:t>
      </w:r>
    </w:p>
    <w:p>
      <w:r>
        <w:t>В) около</w:t>
      </w:r>
    </w:p>
    <w:p>
      <w:r>
        <w:t>Г) лишь</w:t>
      </w:r>
    </w:p>
    <w:p>
      <w:r>
        <w:rPr>
          <w:b/>
        </w:rPr>
        <w:t>12. Какая часть речи не является самостоятельной?</w:t>
        <w:br/>
      </w:r>
    </w:p>
    <w:p>
      <w:r>
        <w:t>А) местоимение</w:t>
      </w:r>
    </w:p>
    <w:p>
      <w:r>
        <w:t>Б) прилагательное</w:t>
      </w:r>
    </w:p>
    <w:p>
      <w:r>
        <w:t>В) союз</w:t>
      </w:r>
    </w:p>
    <w:p>
      <w:r>
        <w:t>Г) числительное</w:t>
      </w:r>
    </w:p>
    <w:p>
      <w:r>
        <w:rPr>
          <w:b/>
        </w:rPr>
        <w:t>13. В каком предложении есть предлог?</w:t>
        <w:br/>
      </w:r>
    </w:p>
    <w:p>
      <w:r>
        <w:t>А) Книга лежит на столе.</w:t>
      </w:r>
    </w:p>
    <w:p>
      <w:r>
        <w:t>Б) Ах, как красиво!</w:t>
      </w:r>
    </w:p>
    <w:p>
      <w:r>
        <w:t>В) Я бы пошёл.</w:t>
      </w:r>
    </w:p>
    <w:p>
      <w:r>
        <w:t>Г) Он улыбнулся.</w:t>
      </w:r>
    </w:p>
    <w:p>
      <w:r>
        <w:rPr>
          <w:b/>
        </w:rPr>
        <w:t>14. В каком предложении есть частица?</w:t>
        <w:br/>
      </w:r>
    </w:p>
    <w:p>
      <w:r>
        <w:t>А) Он бы помог.</w:t>
      </w:r>
    </w:p>
    <w:p>
      <w:r>
        <w:t>Б) Мы пришли и сели.</w:t>
      </w:r>
    </w:p>
    <w:p>
      <w:r>
        <w:t>В) Дом у реки.</w:t>
      </w:r>
    </w:p>
    <w:p>
      <w:r>
        <w:t>Г) Увы, поезд ушёл.</w:t>
      </w:r>
    </w:p>
    <w:p>
      <w:r>
        <w:rPr>
          <w:b/>
        </w:rPr>
        <w:t>15. В каком предложении есть междометие?</w:t>
        <w:br/>
      </w:r>
    </w:p>
    <w:p>
      <w:r>
        <w:t>А) Увы, мы опоздали.</w:t>
      </w:r>
    </w:p>
    <w:p>
      <w:r>
        <w:t>Б) Мы опоздали из-за дождя.</w:t>
      </w:r>
    </w:p>
    <w:p>
      <w:r>
        <w:t>В) Он быстро пришёл.</w:t>
      </w:r>
    </w:p>
    <w:p>
      <w:r>
        <w:t>Г) Я читал книгу.</w:t>
      </w:r>
    </w:p>
    <w:p>
      <w:r>
        <w:rPr>
          <w:b/>
        </w:rPr>
        <w:t>16. Укажите предложение с подчинительным союзом.</w:t>
        <w:br/>
      </w:r>
    </w:p>
    <w:p>
      <w:r>
        <w:t>А) Я пришёл, потому что меня позвали.</w:t>
      </w:r>
    </w:p>
    <w:p>
      <w:r>
        <w:t>Б) Я и брат ушли.</w:t>
      </w:r>
    </w:p>
    <w:p>
      <w:r>
        <w:t>В) Или ты, или я.</w:t>
      </w:r>
    </w:p>
    <w:p>
      <w:r>
        <w:t>Г) Не только он.</w:t>
      </w:r>
    </w:p>
    <w:p>
      <w:r>
        <w:rPr>
          <w:b/>
        </w:rPr>
        <w:t>17. Какое слово пишется раздельно?</w:t>
        <w:br/>
      </w:r>
    </w:p>
    <w:p>
      <w:r>
        <w:t>А) тоже</w:t>
      </w:r>
    </w:p>
    <w:p>
      <w:r>
        <w:t>Б) зато</w:t>
      </w:r>
    </w:p>
    <w:p>
      <w:r>
        <w:t>В) как будто</w:t>
      </w:r>
    </w:p>
    <w:p>
      <w:r>
        <w:t>Г) чтобы</w:t>
      </w:r>
    </w:p>
    <w:p>
      <w:r>
        <w:rPr>
          <w:b/>
        </w:rPr>
        <w:t>18. Какая последовательность состоит только из служебных частей речи?</w:t>
        <w:br/>
      </w:r>
    </w:p>
    <w:p>
      <w:r>
        <w:t>А) предлог, союз, частица, междометие</w:t>
      </w:r>
    </w:p>
    <w:p>
      <w:r>
        <w:t>Б) существительное, союз, частица</w:t>
      </w:r>
    </w:p>
    <w:p>
      <w:r>
        <w:t>В) глагол, предлог, наречие</w:t>
      </w:r>
    </w:p>
    <w:p>
      <w:r>
        <w:t>Г) местоимение, союз, предлог</w:t>
      </w:r>
    </w:p>
    <w:p>
      <w:r>
        <w:rPr>
          <w:b/>
        </w:rPr>
        <w:t>19. Какую роль выполняют служебные части речи?</w:t>
        <w:br/>
      </w:r>
    </w:p>
    <w:p>
      <w:r>
        <w:t>А) являются членами предложения</w:t>
      </w:r>
    </w:p>
    <w:p>
      <w:r>
        <w:t>Б) помогают связывать слова и выражать смысловые оттенки</w:t>
      </w:r>
    </w:p>
    <w:p>
      <w:r>
        <w:t>В) обозначают предметы</w:t>
      </w:r>
    </w:p>
    <w:p>
      <w:r>
        <w:t>Г) обозначают действия</w:t>
      </w:r>
    </w:p>
    <w:p>
      <w:r>
        <w:rPr>
          <w:b/>
        </w:rPr>
        <w:t>20. Укажите верное утверждение.</w:t>
        <w:br/>
      </w:r>
    </w:p>
    <w:p>
      <w:r>
        <w:t>А) Служебные части речи являются членами предложения.</w:t>
      </w:r>
    </w:p>
    <w:p>
      <w:r>
        <w:t>Б) Междометия выражают чувства, но не называют их.</w:t>
      </w:r>
    </w:p>
    <w:p>
      <w:r>
        <w:t>В) Предлоги изменяются по падежам.</w:t>
      </w:r>
    </w:p>
    <w:p>
      <w:r>
        <w:t>Г) Союзы обозначают предметы.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