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Тема 3. Имя числительное</w:t>
      </w:r>
    </w:p>
    <w:p>
      <w:r>
        <w:t>20 вопросов (один правильный ответ). Ответы не указаны.</w:t>
        <w:br/>
      </w:r>
    </w:p>
    <w:p>
      <w:r>
        <w:rPr>
          <w:b/>
        </w:rPr>
        <w:t>1. Имя числительное обозначает:</w:t>
        <w:br/>
      </w:r>
    </w:p>
    <w:p>
      <w:r>
        <w:t>А) признак предмета</w:t>
      </w:r>
    </w:p>
    <w:p>
      <w:r>
        <w:t>Б) действие</w:t>
      </w:r>
    </w:p>
    <w:p>
      <w:r>
        <w:t>В) число, количество или порядок при счёте</w:t>
      </w:r>
    </w:p>
    <w:p>
      <w:r>
        <w:t>Г) предмет</w:t>
      </w:r>
    </w:p>
    <w:p>
      <w:r>
        <w:rPr>
          <w:b/>
        </w:rPr>
        <w:t>2. Имя числительное отвечает на вопросы:</w:t>
        <w:br/>
      </w:r>
    </w:p>
    <w:p>
      <w:r>
        <w:t>А) Кто? Что?</w:t>
      </w:r>
    </w:p>
    <w:p>
      <w:r>
        <w:t>Б) Какой?</w:t>
      </w:r>
    </w:p>
    <w:p>
      <w:r>
        <w:t>В) Сколько? Который?</w:t>
      </w:r>
    </w:p>
    <w:p>
      <w:r>
        <w:t>Г) Где?</w:t>
      </w:r>
    </w:p>
    <w:p>
      <w:r>
        <w:rPr>
          <w:b/>
        </w:rPr>
        <w:t>3. Укажите имя числительное.</w:t>
        <w:br/>
      </w:r>
    </w:p>
    <w:p>
      <w:r>
        <w:t>А) красивый</w:t>
      </w:r>
    </w:p>
    <w:p>
      <w:r>
        <w:t>Б) пять</w:t>
      </w:r>
    </w:p>
    <w:p>
      <w:r>
        <w:t>В) читать</w:t>
      </w:r>
    </w:p>
    <w:p>
      <w:r>
        <w:t>Г) быстро</w:t>
      </w:r>
    </w:p>
    <w:p>
      <w:r>
        <w:rPr>
          <w:b/>
        </w:rPr>
        <w:t>4. Какое числительное количественное?</w:t>
        <w:br/>
      </w:r>
    </w:p>
    <w:p>
      <w:r>
        <w:t>А) первый</w:t>
      </w:r>
    </w:p>
    <w:p>
      <w:r>
        <w:t>Б) пятый</w:t>
      </w:r>
    </w:p>
    <w:p>
      <w:r>
        <w:t>В) десять</w:t>
      </w:r>
    </w:p>
    <w:p>
      <w:r>
        <w:t>Г) сотый</w:t>
      </w:r>
    </w:p>
    <w:p>
      <w:r>
        <w:rPr>
          <w:b/>
        </w:rPr>
        <w:t>5. Какое числительное порядковое?</w:t>
        <w:br/>
      </w:r>
    </w:p>
    <w:p>
      <w:r>
        <w:t>А) семь</w:t>
      </w:r>
    </w:p>
    <w:p>
      <w:r>
        <w:t>Б) двадцать</w:t>
      </w:r>
    </w:p>
    <w:p>
      <w:r>
        <w:t>В) второй</w:t>
      </w:r>
    </w:p>
    <w:p>
      <w:r>
        <w:t>Г) трое</w:t>
      </w:r>
    </w:p>
    <w:p>
      <w:r>
        <w:rPr>
          <w:b/>
        </w:rPr>
        <w:t>6. Простое числительное:</w:t>
        <w:br/>
      </w:r>
    </w:p>
    <w:p>
      <w:r>
        <w:t>А) двадцать пять</w:t>
      </w:r>
    </w:p>
    <w:p>
      <w:r>
        <w:t>Б) пять</w:t>
      </w:r>
    </w:p>
    <w:p>
      <w:r>
        <w:t>В) сто один</w:t>
      </w:r>
    </w:p>
    <w:p>
      <w:r>
        <w:t>Г) две тысячи</w:t>
      </w:r>
    </w:p>
    <w:p>
      <w:r>
        <w:rPr>
          <w:b/>
        </w:rPr>
        <w:t>7. Составное числительное:</w:t>
        <w:br/>
      </w:r>
    </w:p>
    <w:p>
      <w:r>
        <w:t>А) девять</w:t>
      </w:r>
    </w:p>
    <w:p>
      <w:r>
        <w:t>Б) сорок</w:t>
      </w:r>
    </w:p>
    <w:p>
      <w:r>
        <w:t>В) сто двадцать три</w:t>
      </w:r>
    </w:p>
    <w:p>
      <w:r>
        <w:t>Г) оба</w:t>
      </w:r>
    </w:p>
    <w:p>
      <w:r>
        <w:rPr>
          <w:b/>
        </w:rPr>
        <w:t>8. Собирательное числительное:</w:t>
        <w:br/>
      </w:r>
    </w:p>
    <w:p>
      <w:r>
        <w:t>А) трое</w:t>
      </w:r>
    </w:p>
    <w:p>
      <w:r>
        <w:t>Б) третий</w:t>
      </w:r>
    </w:p>
    <w:p>
      <w:r>
        <w:t>В) три</w:t>
      </w:r>
    </w:p>
    <w:p>
      <w:r>
        <w:t>Г) тридцать</w:t>
      </w:r>
    </w:p>
    <w:p>
      <w:r>
        <w:rPr>
          <w:b/>
        </w:rPr>
        <w:t>9. Дробное числительное:</w:t>
        <w:br/>
      </w:r>
    </w:p>
    <w:p>
      <w:r>
        <w:t>А) одна вторая</w:t>
      </w:r>
    </w:p>
    <w:p>
      <w:r>
        <w:t>Б) пять</w:t>
      </w:r>
    </w:p>
    <w:p>
      <w:r>
        <w:t>В) шестой</w:t>
      </w:r>
    </w:p>
    <w:p>
      <w:r>
        <w:t>Г) двое</w:t>
      </w:r>
    </w:p>
    <w:p>
      <w:r>
        <w:rPr>
          <w:b/>
        </w:rPr>
        <w:t>10. Порядковые числительные изменяются:</w:t>
        <w:br/>
      </w:r>
    </w:p>
    <w:p>
      <w:r>
        <w:t>А) только по падежам</w:t>
      </w:r>
    </w:p>
    <w:p>
      <w:r>
        <w:t>Б) по родам, числам и падежам</w:t>
      </w:r>
    </w:p>
    <w:p>
      <w:r>
        <w:t>В) не изменяются</w:t>
      </w:r>
    </w:p>
    <w:p>
      <w:r>
        <w:t>Г) только по числам</w:t>
      </w:r>
    </w:p>
    <w:p>
      <w:r>
        <w:rPr>
          <w:b/>
        </w:rPr>
        <w:t>11. Количественные числительные изменяются:</w:t>
        <w:br/>
      </w:r>
    </w:p>
    <w:p>
      <w:r>
        <w:t>А) только по падежам</w:t>
      </w:r>
    </w:p>
    <w:p>
      <w:r>
        <w:t>Б) только по родам</w:t>
      </w:r>
    </w:p>
    <w:p>
      <w:r>
        <w:t>В) по падежам</w:t>
      </w:r>
    </w:p>
    <w:p>
      <w:r>
        <w:t>Г) не изменяются</w:t>
      </w:r>
    </w:p>
    <w:p>
      <w:r>
        <w:rPr>
          <w:b/>
        </w:rPr>
        <w:t>12. Укажите числительное в предложении: «В классе двадцать учеников».</w:t>
        <w:br/>
      </w:r>
    </w:p>
    <w:p>
      <w:r>
        <w:t>А) классе</w:t>
      </w:r>
    </w:p>
    <w:p>
      <w:r>
        <w:t>Б) учеников</w:t>
      </w:r>
    </w:p>
    <w:p>
      <w:r>
        <w:t>В) двадцать</w:t>
      </w:r>
    </w:p>
    <w:p>
      <w:r>
        <w:t>Г) в</w:t>
      </w:r>
    </w:p>
    <w:p>
      <w:r>
        <w:rPr>
          <w:b/>
        </w:rPr>
        <w:t>13. Какое слово не является числительным?</w:t>
        <w:br/>
      </w:r>
    </w:p>
    <w:p>
      <w:r>
        <w:t>А) оба</w:t>
      </w:r>
    </w:p>
    <w:p>
      <w:r>
        <w:t>Б) пятеро</w:t>
      </w:r>
    </w:p>
    <w:p>
      <w:r>
        <w:t>В) пятёрка</w:t>
      </w:r>
    </w:p>
    <w:p>
      <w:r>
        <w:t>Г) семь</w:t>
      </w:r>
    </w:p>
    <w:p>
      <w:r>
        <w:rPr>
          <w:b/>
        </w:rPr>
        <w:t>14. Какой вопрос задаётся к слову «пятый»?</w:t>
        <w:br/>
      </w:r>
    </w:p>
    <w:p>
      <w:r>
        <w:t>А) Сколько?</w:t>
      </w:r>
    </w:p>
    <w:p>
      <w:r>
        <w:t>Б) Который?</w:t>
      </w:r>
    </w:p>
    <w:p>
      <w:r>
        <w:t>В) Кто?</w:t>
      </w:r>
    </w:p>
    <w:p>
      <w:r>
        <w:t>Г) Какой?</w:t>
      </w:r>
    </w:p>
    <w:p>
      <w:r>
        <w:rPr>
          <w:b/>
        </w:rPr>
        <w:t>15. Найдите порядковое числительное.</w:t>
        <w:br/>
      </w:r>
    </w:p>
    <w:p>
      <w:r>
        <w:t>А) один</w:t>
      </w:r>
    </w:p>
    <w:p>
      <w:r>
        <w:t>Б) трое</w:t>
      </w:r>
    </w:p>
    <w:p>
      <w:r>
        <w:t>В) девятый</w:t>
      </w:r>
    </w:p>
    <w:p>
      <w:r>
        <w:t>Г) десять</w:t>
      </w:r>
    </w:p>
    <w:p>
      <w:r>
        <w:rPr>
          <w:b/>
        </w:rPr>
        <w:t>16. Найдите количественное числительное.</w:t>
        <w:br/>
      </w:r>
    </w:p>
    <w:p>
      <w:r>
        <w:t>А) первый</w:t>
      </w:r>
    </w:p>
    <w:p>
      <w:r>
        <w:t>Б) сотый</w:t>
      </w:r>
    </w:p>
    <w:p>
      <w:r>
        <w:t>В) восемнадцать</w:t>
      </w:r>
    </w:p>
    <w:p>
      <w:r>
        <w:t>Г) последний</w:t>
      </w:r>
    </w:p>
    <w:p>
      <w:r>
        <w:rPr>
          <w:b/>
        </w:rPr>
        <w:t>17. Укажите строку, где все слова — числительные.</w:t>
        <w:br/>
      </w:r>
    </w:p>
    <w:p>
      <w:r>
        <w:t>А) три, семь, десятый</w:t>
      </w:r>
    </w:p>
    <w:p>
      <w:r>
        <w:t>Б) три, красивый, пять</w:t>
      </w:r>
    </w:p>
    <w:p>
      <w:r>
        <w:t>В) первый, книга, два</w:t>
      </w:r>
    </w:p>
    <w:p>
      <w:r>
        <w:t>Г) трое, читать, семь</w:t>
      </w:r>
    </w:p>
    <w:p>
      <w:r>
        <w:rPr>
          <w:b/>
        </w:rPr>
        <w:t>18. Числительное в предложении чаще всего бывает:</w:t>
        <w:br/>
      </w:r>
    </w:p>
    <w:p>
      <w:r>
        <w:t>А) дополнением</w:t>
      </w:r>
    </w:p>
    <w:p>
      <w:r>
        <w:t>Б) любым членом предложения</w:t>
      </w:r>
    </w:p>
    <w:p>
      <w:r>
        <w:t>В) только сказуемым</w:t>
      </w:r>
    </w:p>
    <w:p>
      <w:r>
        <w:t>Г) только обстоятельством</w:t>
      </w:r>
    </w:p>
    <w:p>
      <w:r>
        <w:rPr>
          <w:b/>
        </w:rPr>
        <w:t>19. Какое числительное является собирательным?</w:t>
        <w:br/>
      </w:r>
    </w:p>
    <w:p>
      <w:r>
        <w:t>А) двое</w:t>
      </w:r>
    </w:p>
    <w:p>
      <w:r>
        <w:t>Б) второй</w:t>
      </w:r>
    </w:p>
    <w:p>
      <w:r>
        <w:t>В) два</w:t>
      </w:r>
    </w:p>
    <w:p>
      <w:r>
        <w:t>Г) двадцать</w:t>
      </w:r>
    </w:p>
    <w:p>
      <w:r>
        <w:rPr>
          <w:b/>
        </w:rPr>
        <w:t>20. Укажите правильный пример с числительным.</w:t>
        <w:br/>
      </w:r>
    </w:p>
    <w:p>
      <w:r>
        <w:t>А) пять книг</w:t>
      </w:r>
    </w:p>
    <w:p>
      <w:r>
        <w:t>Б) красивый стол</w:t>
      </w:r>
    </w:p>
    <w:p>
      <w:r>
        <w:t>В) читать быстро</w:t>
      </w:r>
    </w:p>
    <w:p>
      <w:r>
        <w:t>Г) зелёная трава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