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Тест №1. Тема 4. Местоимение</w:t>
      </w:r>
    </w:p>
    <w:p>
      <w:r>
        <w:t>20 вопросов (один правильный ответ). Ответы не указаны.</w:t>
        <w:br/>
      </w:r>
    </w:p>
    <w:p>
      <w:r>
        <w:rPr>
          <w:b/>
        </w:rPr>
        <w:t>1. Местоимение обозначает:</w:t>
        <w:br/>
      </w:r>
    </w:p>
    <w:p>
      <w:r>
        <w:t>А) действие</w:t>
      </w:r>
    </w:p>
    <w:p>
      <w:r>
        <w:t>Б) признак</w:t>
      </w:r>
    </w:p>
    <w:p>
      <w:r>
        <w:t>В) указывает на предмет, признак или количество, но не называет их</w:t>
      </w:r>
    </w:p>
    <w:p>
      <w:r>
        <w:t>Г) число</w:t>
      </w:r>
    </w:p>
    <w:p>
      <w:r>
        <w:rPr>
          <w:b/>
        </w:rPr>
        <w:t>2. Местоимения отвечают на вопросы:</w:t>
        <w:br/>
      </w:r>
    </w:p>
    <w:p>
      <w:r>
        <w:t>А) Кто? Что? Какой? Чей? Сколько?</w:t>
      </w:r>
    </w:p>
    <w:p>
      <w:r>
        <w:t>Б) Что делать?</w:t>
      </w:r>
    </w:p>
    <w:p>
      <w:r>
        <w:t>В) Где?</w:t>
      </w:r>
    </w:p>
    <w:p>
      <w:r>
        <w:t>Г) Когда?</w:t>
      </w:r>
    </w:p>
    <w:p>
      <w:r>
        <w:rPr>
          <w:b/>
        </w:rPr>
        <w:t>3. Укажите местоимение.</w:t>
        <w:br/>
      </w:r>
    </w:p>
    <w:p>
      <w:r>
        <w:t>А) книга</w:t>
      </w:r>
    </w:p>
    <w:p>
      <w:r>
        <w:t>Б) он</w:t>
      </w:r>
    </w:p>
    <w:p>
      <w:r>
        <w:t>В) читать</w:t>
      </w:r>
    </w:p>
    <w:p>
      <w:r>
        <w:t>Г) высокий</w:t>
      </w:r>
    </w:p>
    <w:p>
      <w:r>
        <w:rPr>
          <w:b/>
        </w:rPr>
        <w:t>4. Какое местоимение личное?</w:t>
        <w:br/>
      </w:r>
    </w:p>
    <w:p>
      <w:r>
        <w:t>А) себя</w:t>
      </w:r>
    </w:p>
    <w:p>
      <w:r>
        <w:t>Б) мой</w:t>
      </w:r>
    </w:p>
    <w:p>
      <w:r>
        <w:t>В) мы</w:t>
      </w:r>
    </w:p>
    <w:p>
      <w:r>
        <w:t>Г) кто</w:t>
      </w:r>
    </w:p>
    <w:p>
      <w:r>
        <w:rPr>
          <w:b/>
        </w:rPr>
        <w:t>5. Какое местоимение притяжательное?</w:t>
        <w:br/>
      </w:r>
    </w:p>
    <w:p>
      <w:r>
        <w:t>А) мой</w:t>
      </w:r>
    </w:p>
    <w:p>
      <w:r>
        <w:t>Б) кто</w:t>
      </w:r>
    </w:p>
    <w:p>
      <w:r>
        <w:t>В) никто</w:t>
      </w:r>
    </w:p>
    <w:p>
      <w:r>
        <w:t>Г) себя</w:t>
      </w:r>
    </w:p>
    <w:p>
      <w:r>
        <w:rPr>
          <w:b/>
        </w:rPr>
        <w:t>6. Какое местоимение возвратное?</w:t>
        <w:br/>
      </w:r>
    </w:p>
    <w:p>
      <w:r>
        <w:t>А) себя</w:t>
      </w:r>
    </w:p>
    <w:p>
      <w:r>
        <w:t>Б) этот</w:t>
      </w:r>
    </w:p>
    <w:p>
      <w:r>
        <w:t>В) он</w:t>
      </w:r>
    </w:p>
    <w:p>
      <w:r>
        <w:t>Г) каждый</w:t>
      </w:r>
    </w:p>
    <w:p>
      <w:r>
        <w:rPr>
          <w:b/>
        </w:rPr>
        <w:t>7. Укажите вопросительное местоимение.</w:t>
        <w:br/>
      </w:r>
    </w:p>
    <w:p>
      <w:r>
        <w:t>А) никто</w:t>
      </w:r>
    </w:p>
    <w:p>
      <w:r>
        <w:t>Б) кто</w:t>
      </w:r>
    </w:p>
    <w:p>
      <w:r>
        <w:t>В) чей-то</w:t>
      </w:r>
    </w:p>
    <w:p>
      <w:r>
        <w:t>Г) каждый</w:t>
      </w:r>
    </w:p>
    <w:p>
      <w:r>
        <w:rPr>
          <w:b/>
        </w:rPr>
        <w:t>8. Укажите относительное местоимение.</w:t>
        <w:br/>
      </w:r>
    </w:p>
    <w:p>
      <w:r>
        <w:t>А) который</w:t>
      </w:r>
    </w:p>
    <w:p>
      <w:r>
        <w:t>Б) никто</w:t>
      </w:r>
    </w:p>
    <w:p>
      <w:r>
        <w:t>В) кое-кто</w:t>
      </w:r>
    </w:p>
    <w:p>
      <w:r>
        <w:t>Г) мой</w:t>
      </w:r>
    </w:p>
    <w:p>
      <w:r>
        <w:rPr>
          <w:b/>
        </w:rPr>
        <w:t>9. Какое местоимение отрицательное?</w:t>
        <w:br/>
      </w:r>
    </w:p>
    <w:p>
      <w:r>
        <w:t>А) кто-либо</w:t>
      </w:r>
    </w:p>
    <w:p>
      <w:r>
        <w:t>Б) никто</w:t>
      </w:r>
    </w:p>
    <w:p>
      <w:r>
        <w:t>В) кто</w:t>
      </w:r>
    </w:p>
    <w:p>
      <w:r>
        <w:t>Г) этот</w:t>
      </w:r>
    </w:p>
    <w:p>
      <w:r>
        <w:rPr>
          <w:b/>
        </w:rPr>
        <w:t>10. Какое местоимение неопределённое?</w:t>
        <w:br/>
      </w:r>
    </w:p>
    <w:p>
      <w:r>
        <w:t>А) каждый</w:t>
      </w:r>
    </w:p>
    <w:p>
      <w:r>
        <w:t>Б) кто-то</w:t>
      </w:r>
    </w:p>
    <w:p>
      <w:r>
        <w:t>В) никто</w:t>
      </w:r>
    </w:p>
    <w:p>
      <w:r>
        <w:t>Г) мой</w:t>
      </w:r>
    </w:p>
    <w:p>
      <w:r>
        <w:rPr>
          <w:b/>
        </w:rPr>
        <w:t>11. Укажите определительное местоимение.</w:t>
        <w:br/>
      </w:r>
    </w:p>
    <w:p>
      <w:r>
        <w:t>А) каждый</w:t>
      </w:r>
    </w:p>
    <w:p>
      <w:r>
        <w:t>Б) он</w:t>
      </w:r>
    </w:p>
    <w:p>
      <w:r>
        <w:t>В) себя</w:t>
      </w:r>
    </w:p>
    <w:p>
      <w:r>
        <w:t>Г) кто</w:t>
      </w:r>
    </w:p>
    <w:p>
      <w:r>
        <w:rPr>
          <w:b/>
        </w:rPr>
        <w:t>12. Укажите указательное местоимение.</w:t>
        <w:br/>
      </w:r>
    </w:p>
    <w:p>
      <w:r>
        <w:t>А) этот</w:t>
      </w:r>
    </w:p>
    <w:p>
      <w:r>
        <w:t>Б) никто</w:t>
      </w:r>
    </w:p>
    <w:p>
      <w:r>
        <w:t>В) сколько</w:t>
      </w:r>
    </w:p>
    <w:p>
      <w:r>
        <w:t>Г) себя</w:t>
      </w:r>
    </w:p>
    <w:p>
      <w:r>
        <w:rPr>
          <w:b/>
        </w:rPr>
        <w:t>13. Личные местоимения изменяются:</w:t>
        <w:br/>
      </w:r>
    </w:p>
    <w:p>
      <w:r>
        <w:t>А) только по числам</w:t>
      </w:r>
    </w:p>
    <w:p>
      <w:r>
        <w:t>Б) по лицам, числам и падежам</w:t>
      </w:r>
    </w:p>
    <w:p>
      <w:r>
        <w:t>В) только по родам</w:t>
      </w:r>
    </w:p>
    <w:p>
      <w:r>
        <w:t>Г) не изменяются</w:t>
      </w:r>
    </w:p>
    <w:p>
      <w:r>
        <w:rPr>
          <w:b/>
        </w:rPr>
        <w:t>14. Какое местоимение 1-го лица?</w:t>
        <w:br/>
      </w:r>
    </w:p>
    <w:p>
      <w:r>
        <w:t>А) ты</w:t>
      </w:r>
    </w:p>
    <w:p>
      <w:r>
        <w:t>Б) я</w:t>
      </w:r>
    </w:p>
    <w:p>
      <w:r>
        <w:t>В) он</w:t>
      </w:r>
    </w:p>
    <w:p>
      <w:r>
        <w:t>Г) они</w:t>
      </w:r>
    </w:p>
    <w:p>
      <w:r>
        <w:rPr>
          <w:b/>
        </w:rPr>
        <w:t>15. Какое местоимение 2-го лица?</w:t>
        <w:br/>
      </w:r>
    </w:p>
    <w:p>
      <w:r>
        <w:t>А) мы</w:t>
      </w:r>
    </w:p>
    <w:p>
      <w:r>
        <w:t>Б) вы</w:t>
      </w:r>
    </w:p>
    <w:p>
      <w:r>
        <w:t>В) они</w:t>
      </w:r>
    </w:p>
    <w:p>
      <w:r>
        <w:t>Г) оно</w:t>
      </w:r>
    </w:p>
    <w:p>
      <w:r>
        <w:rPr>
          <w:b/>
        </w:rPr>
        <w:t>16. Какое местоимение 3-го лица?</w:t>
        <w:br/>
      </w:r>
    </w:p>
    <w:p>
      <w:r>
        <w:t>А) она</w:t>
      </w:r>
    </w:p>
    <w:p>
      <w:r>
        <w:t>Б) я</w:t>
      </w:r>
    </w:p>
    <w:p>
      <w:r>
        <w:t>В) ты</w:t>
      </w:r>
    </w:p>
    <w:p>
      <w:r>
        <w:t>Г) мы</w:t>
      </w:r>
    </w:p>
    <w:p>
      <w:r>
        <w:rPr>
          <w:b/>
        </w:rPr>
        <w:t>17. Найдите предложение с местоимением.</w:t>
        <w:br/>
      </w:r>
    </w:p>
    <w:p>
      <w:r>
        <w:t>А) Мальчик читает.</w:t>
      </w:r>
    </w:p>
    <w:p>
      <w:r>
        <w:t>Б) Он читает.</w:t>
      </w:r>
    </w:p>
    <w:p>
      <w:r>
        <w:t>В) Читать интересно.</w:t>
      </w:r>
    </w:p>
    <w:p>
      <w:r>
        <w:t>Г) Книга лежит.</w:t>
      </w:r>
    </w:p>
    <w:p>
      <w:r>
        <w:rPr>
          <w:b/>
        </w:rPr>
        <w:t>18. Какое слово не является местоимением?</w:t>
        <w:br/>
      </w:r>
    </w:p>
    <w:p>
      <w:r>
        <w:t>А) этот</w:t>
      </w:r>
    </w:p>
    <w:p>
      <w:r>
        <w:t>Б) каждый</w:t>
      </w:r>
    </w:p>
    <w:p>
      <w:r>
        <w:t>В) ученик</w:t>
      </w:r>
    </w:p>
    <w:p>
      <w:r>
        <w:t>Г) никто</w:t>
      </w:r>
    </w:p>
    <w:p>
      <w:r>
        <w:rPr>
          <w:b/>
        </w:rPr>
        <w:t>19. Укажите ряд, где все слова — местоимения.</w:t>
        <w:br/>
      </w:r>
    </w:p>
    <w:p>
      <w:r>
        <w:t>А) я, ты, мы</w:t>
      </w:r>
    </w:p>
    <w:p>
      <w:r>
        <w:t>Б) дом, он, книга</w:t>
      </w:r>
    </w:p>
    <w:p>
      <w:r>
        <w:t>В) красивый, мой, ты</w:t>
      </w:r>
    </w:p>
    <w:p>
      <w:r>
        <w:t>Г) этот, школа, никто</w:t>
      </w:r>
    </w:p>
    <w:p>
      <w:r>
        <w:rPr>
          <w:b/>
        </w:rPr>
        <w:t>20. В предложении местоимение может быть:</w:t>
        <w:br/>
      </w:r>
    </w:p>
    <w:p>
      <w:r>
        <w:t>А) только подлежащим</w:t>
      </w:r>
    </w:p>
    <w:p>
      <w:r>
        <w:t>Б) только дополнением</w:t>
      </w:r>
    </w:p>
    <w:p>
      <w:r>
        <w:t>В) разными членами предложения</w:t>
      </w:r>
    </w:p>
    <w:p>
      <w:r>
        <w:t>Г) только определением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