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5. Глагол (повышенный уровень)</w:t>
      </w:r>
    </w:p>
    <w:p>
      <w:r>
        <w:t>Выберите один правильный ответ. 20 вопросов.</w:t>
        <w:br/>
      </w:r>
    </w:p>
    <w:p>
      <w:r>
        <w:rPr>
          <w:b/>
        </w:rPr>
        <w:t>1. Укажите глагол несовершенного вида.</w:t>
        <w:br/>
      </w:r>
    </w:p>
    <w:p>
      <w:r>
        <w:t>А) написать</w:t>
      </w:r>
    </w:p>
    <w:p>
      <w:r>
        <w:t>Б) прочитать</w:t>
      </w:r>
    </w:p>
    <w:p>
      <w:r>
        <w:t>В) писать</w:t>
      </w:r>
    </w:p>
    <w:p>
      <w:r>
        <w:t>Г) решить</w:t>
      </w:r>
    </w:p>
    <w:p>
      <w:r>
        <w:rPr>
          <w:b/>
        </w:rPr>
        <w:t>2. Какой глагол относится ко II спряжению?</w:t>
        <w:br/>
      </w:r>
    </w:p>
    <w:p>
      <w:r>
        <w:t>А) читать</w:t>
      </w:r>
    </w:p>
    <w:p>
      <w:r>
        <w:t>Б) строить</w:t>
      </w:r>
    </w:p>
    <w:p>
      <w:r>
        <w:t>В) играть</w:t>
      </w:r>
    </w:p>
    <w:p>
      <w:r>
        <w:t>Г) рисовать</w:t>
      </w:r>
    </w:p>
    <w:p>
      <w:r>
        <w:rPr>
          <w:b/>
        </w:rPr>
        <w:t>3. Укажите возвратный глагол.</w:t>
        <w:br/>
      </w:r>
    </w:p>
    <w:p>
      <w:r>
        <w:t>А) смеяться</w:t>
      </w:r>
    </w:p>
    <w:p>
      <w:r>
        <w:t>Б) писать</w:t>
      </w:r>
    </w:p>
    <w:p>
      <w:r>
        <w:t>В) лететь</w:t>
      </w:r>
    </w:p>
    <w:p>
      <w:r>
        <w:t>Г) читать</w:t>
      </w:r>
    </w:p>
    <w:p>
      <w:r>
        <w:rPr>
          <w:b/>
        </w:rPr>
        <w:t>4. Какой глагол стоит в форме прошедшего времени?</w:t>
        <w:br/>
      </w:r>
    </w:p>
    <w:p>
      <w:r>
        <w:t>А) поёт</w:t>
      </w:r>
    </w:p>
    <w:p>
      <w:r>
        <w:t>Б) пел</w:t>
      </w:r>
    </w:p>
    <w:p>
      <w:r>
        <w:t>В) будет петь</w:t>
      </w:r>
    </w:p>
    <w:p>
      <w:r>
        <w:t>Г) поёт</w:t>
      </w:r>
    </w:p>
    <w:p>
      <w:r>
        <w:rPr>
          <w:b/>
        </w:rPr>
        <w:t>5. Укажите глагол будущего времени.</w:t>
        <w:br/>
      </w:r>
    </w:p>
    <w:p>
      <w:r>
        <w:t>А) писал</w:t>
      </w:r>
    </w:p>
    <w:p>
      <w:r>
        <w:t>Б) пишет</w:t>
      </w:r>
    </w:p>
    <w:p>
      <w:r>
        <w:t>В) напишет</w:t>
      </w:r>
    </w:p>
    <w:p>
      <w:r>
        <w:t>Г) писал бы</w:t>
      </w:r>
    </w:p>
    <w:p>
      <w:r>
        <w:rPr>
          <w:b/>
        </w:rPr>
        <w:t>6. Какой глагол употреблён в повелительном наклонении?</w:t>
        <w:br/>
      </w:r>
    </w:p>
    <w:p>
      <w:r>
        <w:t>А) читал</w:t>
      </w:r>
    </w:p>
    <w:p>
      <w:r>
        <w:t>Б) читает</w:t>
      </w:r>
    </w:p>
    <w:p>
      <w:r>
        <w:t>В) читай</w:t>
      </w:r>
    </w:p>
    <w:p>
      <w:r>
        <w:t>Г) читать</w:t>
      </w:r>
    </w:p>
    <w:p>
      <w:r>
        <w:rPr>
          <w:b/>
        </w:rPr>
        <w:t>7. Какой глагол стоит в условном наклонении?</w:t>
        <w:br/>
      </w:r>
    </w:p>
    <w:p>
      <w:r>
        <w:t>А) сделал бы</w:t>
      </w:r>
    </w:p>
    <w:p>
      <w:r>
        <w:t>Б) сделает</w:t>
      </w:r>
    </w:p>
    <w:p>
      <w:r>
        <w:t>В) сделал</w:t>
      </w:r>
    </w:p>
    <w:p>
      <w:r>
        <w:t>Г) сделай</w:t>
      </w:r>
    </w:p>
    <w:p>
      <w:r>
        <w:rPr>
          <w:b/>
        </w:rPr>
        <w:t>8. Укажите переходный глагол.</w:t>
        <w:br/>
      </w:r>
    </w:p>
    <w:p>
      <w:r>
        <w:t>А) строить дом</w:t>
      </w:r>
    </w:p>
    <w:p>
      <w:r>
        <w:t>Б) улыбаться</w:t>
      </w:r>
    </w:p>
    <w:p>
      <w:r>
        <w:t>В) смеяться</w:t>
      </w:r>
    </w:p>
    <w:p>
      <w:r>
        <w:t>Г) спать</w:t>
      </w:r>
    </w:p>
    <w:p>
      <w:r>
        <w:rPr>
          <w:b/>
        </w:rPr>
        <w:t>9. Укажите непереходный глагол.</w:t>
        <w:br/>
      </w:r>
    </w:p>
    <w:p>
      <w:r>
        <w:t>А) читать книгу</w:t>
      </w:r>
    </w:p>
    <w:p>
      <w:r>
        <w:t>Б) писать письмо</w:t>
      </w:r>
    </w:p>
    <w:p>
      <w:r>
        <w:t>В) идти</w:t>
      </w:r>
    </w:p>
    <w:p>
      <w:r>
        <w:t>Г) строить дом</w:t>
      </w:r>
    </w:p>
    <w:p>
      <w:r>
        <w:rPr>
          <w:b/>
        </w:rPr>
        <w:t>10. Инфинитив — это:</w:t>
        <w:br/>
      </w:r>
    </w:p>
    <w:p>
      <w:r>
        <w:t>А) личная форма глагола</w:t>
      </w:r>
    </w:p>
    <w:p>
      <w:r>
        <w:t>Б) неопределённая форма глагола</w:t>
      </w:r>
    </w:p>
    <w:p>
      <w:r>
        <w:t>В) прошедшее время</w:t>
      </w:r>
    </w:p>
    <w:p>
      <w:r>
        <w:t>Г) повелительное наклонение</w:t>
      </w:r>
    </w:p>
    <w:p>
      <w:r>
        <w:rPr>
          <w:b/>
        </w:rPr>
        <w:t>11. Какой ряд состоит только из глаголов?</w:t>
        <w:br/>
      </w:r>
    </w:p>
    <w:p>
      <w:r>
        <w:t>А) читать, писать, думать</w:t>
      </w:r>
    </w:p>
    <w:p>
      <w:r>
        <w:t>Б) дом, писать, красивый</w:t>
      </w:r>
    </w:p>
    <w:p>
      <w:r>
        <w:t>В) быстро, идти, дом</w:t>
      </w:r>
    </w:p>
    <w:p>
      <w:r>
        <w:t>Г) книга, читать, он</w:t>
      </w:r>
    </w:p>
    <w:p>
      <w:r>
        <w:rPr>
          <w:b/>
        </w:rPr>
        <w:t>12. Укажите глагол совершенного вида.</w:t>
        <w:br/>
      </w:r>
    </w:p>
    <w:p>
      <w:r>
        <w:t>А) решать</w:t>
      </w:r>
    </w:p>
    <w:p>
      <w:r>
        <w:t>Б) читать</w:t>
      </w:r>
    </w:p>
    <w:p>
      <w:r>
        <w:t>В) решить</w:t>
      </w:r>
    </w:p>
    <w:p>
      <w:r>
        <w:t>Г) писать</w:t>
      </w:r>
    </w:p>
    <w:p>
      <w:r>
        <w:rPr>
          <w:b/>
        </w:rPr>
        <w:t>13. Какой глагол является безличным?</w:t>
        <w:br/>
      </w:r>
    </w:p>
    <w:p>
      <w:r>
        <w:t>А) смеркается</w:t>
      </w:r>
    </w:p>
    <w:p>
      <w:r>
        <w:t>Б) бегу</w:t>
      </w:r>
    </w:p>
    <w:p>
      <w:r>
        <w:t>В) читаем</w:t>
      </w:r>
    </w:p>
    <w:p>
      <w:r>
        <w:t>Г) поют</w:t>
      </w:r>
    </w:p>
    <w:p>
      <w:r>
        <w:rPr>
          <w:b/>
        </w:rPr>
        <w:t>14. Укажите глагол I спряжения.</w:t>
        <w:br/>
      </w:r>
    </w:p>
    <w:p>
      <w:r>
        <w:t>А) видеть</w:t>
      </w:r>
    </w:p>
    <w:p>
      <w:r>
        <w:t>Б) дышать</w:t>
      </w:r>
    </w:p>
    <w:p>
      <w:r>
        <w:t>В) читать</w:t>
      </w:r>
    </w:p>
    <w:p>
      <w:r>
        <w:t>Г) зависеть</w:t>
      </w:r>
    </w:p>
    <w:p>
      <w:r>
        <w:rPr>
          <w:b/>
        </w:rPr>
        <w:t>15. В каком слове пишется -ТСЯ?</w:t>
        <w:br/>
      </w:r>
    </w:p>
    <w:p>
      <w:r>
        <w:t>А) учит...ся (он)</w:t>
      </w:r>
    </w:p>
    <w:p>
      <w:r>
        <w:t>Б) учить...ся</w:t>
      </w:r>
    </w:p>
    <w:p>
      <w:r>
        <w:t>В) смеять...ся</w:t>
      </w:r>
    </w:p>
    <w:p>
      <w:r>
        <w:t>Г) старать...ся</w:t>
      </w:r>
    </w:p>
    <w:p>
      <w:r>
        <w:rPr>
          <w:b/>
        </w:rPr>
        <w:t>16. В каком слове пишется -ТЬСЯ?</w:t>
        <w:br/>
      </w:r>
    </w:p>
    <w:p>
      <w:r>
        <w:t>А) он старае...</w:t>
      </w:r>
    </w:p>
    <w:p>
      <w:r>
        <w:t>Б) он учи...</w:t>
      </w:r>
    </w:p>
    <w:p>
      <w:r>
        <w:t>В) стара...ся</w:t>
      </w:r>
    </w:p>
    <w:p>
      <w:r>
        <w:t>Г) учить...ся</w:t>
      </w:r>
    </w:p>
    <w:p>
      <w:r>
        <w:rPr>
          <w:b/>
        </w:rPr>
        <w:t>17. Укажите словосочетание с глаголом в неопределённой форме.</w:t>
        <w:br/>
      </w:r>
    </w:p>
    <w:p>
      <w:r>
        <w:t>А) будет читать</w:t>
      </w:r>
    </w:p>
    <w:p>
      <w:r>
        <w:t>Б) читать книгу</w:t>
      </w:r>
    </w:p>
    <w:p>
      <w:r>
        <w:t>В) читает книгу</w:t>
      </w:r>
    </w:p>
    <w:p>
      <w:r>
        <w:t>Г) читал книгу</w:t>
      </w:r>
    </w:p>
    <w:p>
      <w:r>
        <w:rPr>
          <w:b/>
        </w:rPr>
        <w:t>18. Какой морфологический признак является постоянным?</w:t>
        <w:br/>
      </w:r>
    </w:p>
    <w:p>
      <w:r>
        <w:t>А) время</w:t>
      </w:r>
    </w:p>
    <w:p>
      <w:r>
        <w:t>Б) лицо</w:t>
      </w:r>
    </w:p>
    <w:p>
      <w:r>
        <w:t>В) вид</w:t>
      </w:r>
    </w:p>
    <w:p>
      <w:r>
        <w:t>Г) число</w:t>
      </w:r>
    </w:p>
    <w:p>
      <w:r>
        <w:rPr>
          <w:b/>
        </w:rPr>
        <w:t>19. Глаголы изменяются по лицам:</w:t>
        <w:br/>
      </w:r>
    </w:p>
    <w:p>
      <w:r>
        <w:t>А) только в настоящем и будущем времени</w:t>
      </w:r>
    </w:p>
    <w:p>
      <w:r>
        <w:t>Б) только в прошедшем</w:t>
      </w:r>
    </w:p>
    <w:p>
      <w:r>
        <w:t>В) всегда</w:t>
      </w:r>
    </w:p>
    <w:p>
      <w:r>
        <w:t>Г) никогда</w:t>
      </w:r>
    </w:p>
    <w:p>
      <w:r>
        <w:rPr>
          <w:b/>
        </w:rPr>
        <w:t>20. В каком предложении сказуемое выражено глаголом?</w:t>
        <w:br/>
      </w:r>
    </w:p>
    <w:p>
      <w:r>
        <w:t>А) Лес зелёный.</w:t>
      </w:r>
    </w:p>
    <w:p>
      <w:r>
        <w:t>Б) Дети читают книгу.</w:t>
      </w:r>
    </w:p>
    <w:p>
      <w:r>
        <w:t>В) Тихий вечер.</w:t>
      </w:r>
    </w:p>
    <w:p>
      <w:r>
        <w:t>Г) Красивый дом.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