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№1. Тема 6. Причастие (повышенный уровень)</w:t>
      </w:r>
    </w:p>
    <w:p>
      <w:r>
        <w:t>Выберите один правильный ответ. 20 вопросов. Ответы не указаны.</w:t>
        <w:br/>
      </w:r>
    </w:p>
    <w:p>
      <w:r>
        <w:rPr>
          <w:b/>
        </w:rPr>
        <w:t>1. Причастие обозначает:</w:t>
        <w:br/>
      </w:r>
    </w:p>
    <w:p>
      <w:r>
        <w:t>А) действие</w:t>
      </w:r>
    </w:p>
    <w:p>
      <w:r>
        <w:t>Б) признак предмета по действию</w:t>
      </w:r>
    </w:p>
    <w:p>
      <w:r>
        <w:t>В) предмет</w:t>
      </w:r>
    </w:p>
    <w:p>
      <w:r>
        <w:t>Г) количество</w:t>
      </w:r>
    </w:p>
    <w:p>
      <w:r>
        <w:rPr>
          <w:b/>
        </w:rPr>
        <w:t>2. Причастие совмещает признаки:</w:t>
        <w:br/>
      </w:r>
    </w:p>
    <w:p>
      <w:r>
        <w:t>А) существительного и наречия</w:t>
      </w:r>
    </w:p>
    <w:p>
      <w:r>
        <w:t>Б) глагола и прилагательного</w:t>
      </w:r>
    </w:p>
    <w:p>
      <w:r>
        <w:t>В) глагола и существительного</w:t>
      </w:r>
    </w:p>
    <w:p>
      <w:r>
        <w:t>Г) местоимения и глагола</w:t>
      </w:r>
    </w:p>
    <w:p>
      <w:r>
        <w:rPr>
          <w:b/>
        </w:rPr>
        <w:t>3. Укажите причастие.</w:t>
        <w:br/>
      </w:r>
    </w:p>
    <w:p>
      <w:r>
        <w:t>А) читающий</w:t>
      </w:r>
    </w:p>
    <w:p>
      <w:r>
        <w:t>Б) читать</w:t>
      </w:r>
    </w:p>
    <w:p>
      <w:r>
        <w:t>В) чтение</w:t>
      </w:r>
    </w:p>
    <w:p>
      <w:r>
        <w:t>Г) читая</w:t>
      </w:r>
    </w:p>
    <w:p>
      <w:r>
        <w:rPr>
          <w:b/>
        </w:rPr>
        <w:t>4. Какое причастие действительное?</w:t>
        <w:br/>
      </w:r>
    </w:p>
    <w:p>
      <w:r>
        <w:t>А) построенный</w:t>
      </w:r>
    </w:p>
    <w:p>
      <w:r>
        <w:t>Б) читающий</w:t>
      </w:r>
    </w:p>
    <w:p>
      <w:r>
        <w:t>В) открытый</w:t>
      </w:r>
    </w:p>
    <w:p>
      <w:r>
        <w:t>Г) решённый</w:t>
      </w:r>
    </w:p>
    <w:p>
      <w:r>
        <w:rPr>
          <w:b/>
        </w:rPr>
        <w:t>5. Какое причастие страдательное?</w:t>
        <w:br/>
      </w:r>
    </w:p>
    <w:p>
      <w:r>
        <w:t>А) бегущий</w:t>
      </w:r>
    </w:p>
    <w:p>
      <w:r>
        <w:t>Б) поющий</w:t>
      </w:r>
    </w:p>
    <w:p>
      <w:r>
        <w:t>В) написанный</w:t>
      </w:r>
    </w:p>
    <w:p>
      <w:r>
        <w:t>Г) играющий</w:t>
      </w:r>
    </w:p>
    <w:p>
      <w:r>
        <w:rPr>
          <w:b/>
        </w:rPr>
        <w:t>6. Причастия изменяются:</w:t>
        <w:br/>
      </w:r>
    </w:p>
    <w:p>
      <w:r>
        <w:t>А) только по числам</w:t>
      </w:r>
    </w:p>
    <w:p>
      <w:r>
        <w:t>Б) по родам, числам и падежам</w:t>
      </w:r>
    </w:p>
    <w:p>
      <w:r>
        <w:t>В) только по временам</w:t>
      </w:r>
    </w:p>
    <w:p>
      <w:r>
        <w:t>Г) не изменяются</w:t>
      </w:r>
    </w:p>
    <w:p>
      <w:r>
        <w:rPr>
          <w:b/>
        </w:rPr>
        <w:t>7. Укажите причастие настоящего времени.</w:t>
        <w:br/>
      </w:r>
    </w:p>
    <w:p>
      <w:r>
        <w:t>А) написавший</w:t>
      </w:r>
    </w:p>
    <w:p>
      <w:r>
        <w:t>Б) читающий</w:t>
      </w:r>
    </w:p>
    <w:p>
      <w:r>
        <w:t>В) построенный</w:t>
      </w:r>
    </w:p>
    <w:p>
      <w:r>
        <w:t>Г) решивший</w:t>
      </w:r>
    </w:p>
    <w:p>
      <w:r>
        <w:rPr>
          <w:b/>
        </w:rPr>
        <w:t>8. Укажите причастие прошедшего времени.</w:t>
        <w:br/>
      </w:r>
    </w:p>
    <w:p>
      <w:r>
        <w:t>А) читающий</w:t>
      </w:r>
    </w:p>
    <w:p>
      <w:r>
        <w:t>Б) решавший</w:t>
      </w:r>
    </w:p>
    <w:p>
      <w:r>
        <w:t>В) прочитавший</w:t>
      </w:r>
    </w:p>
    <w:p>
      <w:r>
        <w:t>Г) пишущий</w:t>
      </w:r>
    </w:p>
    <w:p>
      <w:r>
        <w:rPr>
          <w:b/>
        </w:rPr>
        <w:t>9. Причастный оборот — это:</w:t>
        <w:br/>
      </w:r>
    </w:p>
    <w:p>
      <w:r>
        <w:t>А) глагол с зависимым словом</w:t>
      </w:r>
    </w:p>
    <w:p>
      <w:r>
        <w:t>Б) причастие с зависимыми словами</w:t>
      </w:r>
    </w:p>
    <w:p>
      <w:r>
        <w:t>В) существительное с прилагательным</w:t>
      </w:r>
    </w:p>
    <w:p>
      <w:r>
        <w:t>Г) деепричастие с зависимыми словами</w:t>
      </w:r>
    </w:p>
    <w:p>
      <w:r>
        <w:rPr>
          <w:b/>
        </w:rPr>
        <w:t>10. Когда причастный оборот обычно обособляется?</w:t>
        <w:br/>
      </w:r>
    </w:p>
    <w:p>
      <w:r>
        <w:t>А) Всегда перед определяемым словом</w:t>
      </w:r>
    </w:p>
    <w:p>
      <w:r>
        <w:t>Б) Если стоит после определяемого слова</w:t>
      </w:r>
    </w:p>
    <w:p>
      <w:r>
        <w:t>В) Никогда</w:t>
      </w:r>
    </w:p>
    <w:p>
      <w:r>
        <w:t>Г) Только в конце текста</w:t>
      </w:r>
    </w:p>
    <w:p>
      <w:r>
        <w:rPr>
          <w:b/>
        </w:rPr>
        <w:t>11. Укажите предложение с причастным оборотом.</w:t>
        <w:br/>
      </w:r>
    </w:p>
    <w:p>
      <w:r>
        <w:t>А) Цветущие сады красивы.</w:t>
      </w:r>
    </w:p>
    <w:p>
      <w:r>
        <w:t>Б) Сады, цветущие весной, прекрасны.</w:t>
      </w:r>
    </w:p>
    <w:p>
      <w:r>
        <w:t>В) Весной цветут сады.</w:t>
      </w:r>
    </w:p>
    <w:p>
      <w:r>
        <w:t>Г) Сады цветут.</w:t>
      </w:r>
    </w:p>
    <w:p>
      <w:r>
        <w:rPr>
          <w:b/>
        </w:rPr>
        <w:t>12. Причастие образовано от:</w:t>
        <w:br/>
      </w:r>
    </w:p>
    <w:p>
      <w:r>
        <w:t>А) существительного</w:t>
      </w:r>
    </w:p>
    <w:p>
      <w:r>
        <w:t>Б) глагола</w:t>
      </w:r>
    </w:p>
    <w:p>
      <w:r>
        <w:t>В) наречия</w:t>
      </w:r>
    </w:p>
    <w:p>
      <w:r>
        <w:t>Г) местоимения</w:t>
      </w:r>
    </w:p>
    <w:p>
      <w:r>
        <w:rPr>
          <w:b/>
        </w:rPr>
        <w:t>13. Укажите страдательное причастие прошедшего времени.</w:t>
        <w:br/>
      </w:r>
    </w:p>
    <w:p>
      <w:r>
        <w:t>А) читающий</w:t>
      </w:r>
    </w:p>
    <w:p>
      <w:r>
        <w:t>Б) написанный</w:t>
      </w:r>
    </w:p>
    <w:p>
      <w:r>
        <w:t>В) бегущий</w:t>
      </w:r>
    </w:p>
    <w:p>
      <w:r>
        <w:t>Г) играющий</w:t>
      </w:r>
    </w:p>
    <w:p>
      <w:r>
        <w:rPr>
          <w:b/>
        </w:rPr>
        <w:t>14. Какой признак является постоянным для причастия?</w:t>
        <w:br/>
      </w:r>
    </w:p>
    <w:p>
      <w:r>
        <w:t>А) падеж</w:t>
      </w:r>
    </w:p>
    <w:p>
      <w:r>
        <w:t>Б) род</w:t>
      </w:r>
    </w:p>
    <w:p>
      <w:r>
        <w:t>В) вид</w:t>
      </w:r>
    </w:p>
    <w:p>
      <w:r>
        <w:t>Г) число</w:t>
      </w:r>
    </w:p>
    <w:p>
      <w:r>
        <w:rPr>
          <w:b/>
        </w:rPr>
        <w:t>15. Укажите предложение, где НЕ с причастием пишется раздельно.</w:t>
        <w:br/>
      </w:r>
    </w:p>
    <w:p>
      <w:r>
        <w:t>А) (Не)прочитанная книга лежала на столе.</w:t>
      </w:r>
    </w:p>
    <w:p>
      <w:r>
        <w:t>Б) Книга, (не)прочитанная мной, лежала на столе.</w:t>
      </w:r>
    </w:p>
    <w:p>
      <w:r>
        <w:t>В) (Не)закрытая дверь.</w:t>
      </w:r>
    </w:p>
    <w:p>
      <w:r>
        <w:t>Г) (Не)решённая задача.</w:t>
      </w:r>
    </w:p>
    <w:p>
      <w:r>
        <w:rPr>
          <w:b/>
        </w:rPr>
        <w:t>16. В каком слове пишется НН?</w:t>
        <w:br/>
      </w:r>
    </w:p>
    <w:p>
      <w:r>
        <w:t>А) жаре..ый</w:t>
      </w:r>
    </w:p>
    <w:p>
      <w:r>
        <w:t>Б) краше..ый</w:t>
      </w:r>
    </w:p>
    <w:p>
      <w:r>
        <w:t>В) организова..ный</w:t>
      </w:r>
    </w:p>
    <w:p>
      <w:r>
        <w:t>Г) варе..ый</w:t>
      </w:r>
    </w:p>
    <w:p>
      <w:r>
        <w:rPr>
          <w:b/>
        </w:rPr>
        <w:t>17. Укажите действительное причастие прошедшего времени.</w:t>
        <w:br/>
      </w:r>
    </w:p>
    <w:p>
      <w:r>
        <w:t>А) написанный</w:t>
      </w:r>
    </w:p>
    <w:p>
      <w:r>
        <w:t>Б) решивший</w:t>
      </w:r>
    </w:p>
    <w:p>
      <w:r>
        <w:t>В) читаемый</w:t>
      </w:r>
    </w:p>
    <w:p>
      <w:r>
        <w:t>Г) ведомый</w:t>
      </w:r>
    </w:p>
    <w:p>
      <w:r>
        <w:rPr>
          <w:b/>
        </w:rPr>
        <w:t>18. Причастие в предложении чаще всего является:</w:t>
        <w:br/>
      </w:r>
    </w:p>
    <w:p>
      <w:r>
        <w:t>А) определением</w:t>
      </w:r>
    </w:p>
    <w:p>
      <w:r>
        <w:t>Б) обстоятельством</w:t>
      </w:r>
    </w:p>
    <w:p>
      <w:r>
        <w:t>В) дополнением</w:t>
      </w:r>
    </w:p>
    <w:p>
      <w:r>
        <w:t>Г) союзом</w:t>
      </w:r>
    </w:p>
    <w:p>
      <w:r>
        <w:rPr>
          <w:b/>
        </w:rPr>
        <w:t>19. Какое слово не является причастием?</w:t>
        <w:br/>
      </w:r>
    </w:p>
    <w:p>
      <w:r>
        <w:t>А) сияющий</w:t>
      </w:r>
    </w:p>
    <w:p>
      <w:r>
        <w:t>Б) построенный</w:t>
      </w:r>
    </w:p>
    <w:p>
      <w:r>
        <w:t>В) красивый</w:t>
      </w:r>
    </w:p>
    <w:p>
      <w:r>
        <w:t>Г) летящий</w:t>
      </w:r>
    </w:p>
    <w:p>
      <w:r>
        <w:rPr>
          <w:b/>
        </w:rPr>
        <w:t>20. Укажите ряд, где все слова — причастия.</w:t>
        <w:br/>
      </w:r>
    </w:p>
    <w:p>
      <w:r>
        <w:t>А) читающий, решённый, летящий</w:t>
      </w:r>
    </w:p>
    <w:p>
      <w:r>
        <w:t>Б) читать, читающий, чтение</w:t>
      </w:r>
    </w:p>
    <w:p>
      <w:r>
        <w:t>В) красивый, сияющий, дом</w:t>
      </w:r>
    </w:p>
    <w:p>
      <w:r>
        <w:t>Г) решив, летящий, книга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