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7. Деепричастие (повышенный уровень)</w:t>
      </w:r>
    </w:p>
    <w:p>
      <w:r>
        <w:t>Выберите один правильный ответ. 20 вопросов. Ответы не указаны.</w:t>
        <w:br/>
      </w:r>
    </w:p>
    <w:p>
      <w:r>
        <w:rPr>
          <w:b/>
        </w:rPr>
        <w:t>1. Деепричастие обозначает:</w:t>
        <w:br/>
      </w:r>
    </w:p>
    <w:p>
      <w:r>
        <w:t>А) признак предмета</w:t>
      </w:r>
    </w:p>
    <w:p>
      <w:r>
        <w:t>Б) добавочное действие при основном действии</w:t>
      </w:r>
    </w:p>
    <w:p>
      <w:r>
        <w:t>В) предмет</w:t>
      </w:r>
    </w:p>
    <w:p>
      <w:r>
        <w:t>Г) количество</w:t>
      </w:r>
    </w:p>
    <w:p>
      <w:r>
        <w:rPr>
          <w:b/>
        </w:rPr>
        <w:t>2. Деепричастие совмещает признаки:</w:t>
        <w:br/>
      </w:r>
    </w:p>
    <w:p>
      <w:r>
        <w:t>А) существительного и глагола</w:t>
      </w:r>
    </w:p>
    <w:p>
      <w:r>
        <w:t>Б) глагола и наречия</w:t>
      </w:r>
    </w:p>
    <w:p>
      <w:r>
        <w:t>В) прилагательного и существительного</w:t>
      </w:r>
    </w:p>
    <w:p>
      <w:r>
        <w:t>Г) местоимения и глагола</w:t>
      </w:r>
    </w:p>
    <w:p>
      <w:r>
        <w:rPr>
          <w:b/>
        </w:rPr>
        <w:t>3. Укажите деепричастие.</w:t>
        <w:br/>
      </w:r>
    </w:p>
    <w:p>
      <w:r>
        <w:t>А) читая</w:t>
      </w:r>
    </w:p>
    <w:p>
      <w:r>
        <w:t>Б) читающий</w:t>
      </w:r>
    </w:p>
    <w:p>
      <w:r>
        <w:t>В) чтение</w:t>
      </w:r>
    </w:p>
    <w:p>
      <w:r>
        <w:t>Г) читать</w:t>
      </w:r>
    </w:p>
    <w:p>
      <w:r>
        <w:rPr>
          <w:b/>
        </w:rPr>
        <w:t>4. Деепричастия отвечают на вопросы:</w:t>
        <w:br/>
      </w:r>
    </w:p>
    <w:p>
      <w:r>
        <w:t>А) Кто? Что?</w:t>
      </w:r>
    </w:p>
    <w:p>
      <w:r>
        <w:t>Б) Что делая? Что сделав?</w:t>
      </w:r>
    </w:p>
    <w:p>
      <w:r>
        <w:t>В) Какой?</w:t>
      </w:r>
    </w:p>
    <w:p>
      <w:r>
        <w:t>Г) Сколько?</w:t>
      </w:r>
    </w:p>
    <w:p>
      <w:r>
        <w:rPr>
          <w:b/>
        </w:rPr>
        <w:t>5. Укажите деепричастие несовершенного вида.</w:t>
        <w:br/>
      </w:r>
    </w:p>
    <w:p>
      <w:r>
        <w:t>А) прочитав</w:t>
      </w:r>
    </w:p>
    <w:p>
      <w:r>
        <w:t>Б) сделав</w:t>
      </w:r>
    </w:p>
    <w:p>
      <w:r>
        <w:t>В) читая</w:t>
      </w:r>
    </w:p>
    <w:p>
      <w:r>
        <w:t>Г) решив</w:t>
      </w:r>
    </w:p>
    <w:p>
      <w:r>
        <w:rPr>
          <w:b/>
        </w:rPr>
        <w:t>6. Укажите деепричастие совершенного вида.</w:t>
        <w:br/>
      </w:r>
    </w:p>
    <w:p>
      <w:r>
        <w:t>А) читая</w:t>
      </w:r>
    </w:p>
    <w:p>
      <w:r>
        <w:t>Б) играя</w:t>
      </w:r>
    </w:p>
    <w:p>
      <w:r>
        <w:t>В) решив</w:t>
      </w:r>
    </w:p>
    <w:p>
      <w:r>
        <w:t>Г) смеясь</w:t>
      </w:r>
    </w:p>
    <w:p>
      <w:r>
        <w:rPr>
          <w:b/>
        </w:rPr>
        <w:t>7. Деепричастный оборот — это:</w:t>
        <w:br/>
      </w:r>
    </w:p>
    <w:p>
      <w:r>
        <w:t>А) деепричастие с зависимыми словами</w:t>
      </w:r>
    </w:p>
    <w:p>
      <w:r>
        <w:t>Б) глагол с дополнением</w:t>
      </w:r>
    </w:p>
    <w:p>
      <w:r>
        <w:t>В) причастие с зависимыми словами</w:t>
      </w:r>
    </w:p>
    <w:p>
      <w:r>
        <w:t>Г) существительное с определением</w:t>
      </w:r>
    </w:p>
    <w:p>
      <w:r>
        <w:rPr>
          <w:b/>
        </w:rPr>
        <w:t>8. Деепричастный оборот на письме:</w:t>
        <w:br/>
      </w:r>
    </w:p>
    <w:p>
      <w:r>
        <w:t>А) никогда не выделяется</w:t>
      </w:r>
    </w:p>
    <w:p>
      <w:r>
        <w:t>Б) выделяется запятыми</w:t>
      </w:r>
    </w:p>
    <w:p>
      <w:r>
        <w:t>В) выделяется тире</w:t>
      </w:r>
    </w:p>
    <w:p>
      <w:r>
        <w:t>Г) выделяется двоеточием</w:t>
      </w:r>
    </w:p>
    <w:p>
      <w:r>
        <w:rPr>
          <w:b/>
        </w:rPr>
        <w:t>9. Укажите предложение с деепричастным оборотом.</w:t>
        <w:br/>
      </w:r>
    </w:p>
    <w:p>
      <w:r>
        <w:t>А) Улыбаясь, мальчик вошёл в класс.</w:t>
      </w:r>
    </w:p>
    <w:p>
      <w:r>
        <w:t>Б) Мальчик улыбался.</w:t>
      </w:r>
    </w:p>
    <w:p>
      <w:r>
        <w:t>В) Весёлый мальчик вошёл.</w:t>
      </w:r>
    </w:p>
    <w:p>
      <w:r>
        <w:t>Г) Мальчик вошёл быстро.</w:t>
      </w:r>
    </w:p>
    <w:p>
      <w:r>
        <w:rPr>
          <w:b/>
        </w:rPr>
        <w:t>10. Деепричастие образуется от:</w:t>
        <w:br/>
      </w:r>
    </w:p>
    <w:p>
      <w:r>
        <w:t>А) существительного</w:t>
      </w:r>
    </w:p>
    <w:p>
      <w:r>
        <w:t>Б) прилагательного</w:t>
      </w:r>
    </w:p>
    <w:p>
      <w:r>
        <w:t>В) глагола</w:t>
      </w:r>
    </w:p>
    <w:p>
      <w:r>
        <w:t>Г) числительного</w:t>
      </w:r>
    </w:p>
    <w:p>
      <w:r>
        <w:rPr>
          <w:b/>
        </w:rPr>
        <w:t>11. Деепричастие не изменяется по:</w:t>
        <w:br/>
      </w:r>
    </w:p>
    <w:p>
      <w:r>
        <w:t>А) времени</w:t>
      </w:r>
    </w:p>
    <w:p>
      <w:r>
        <w:t>Б) лицам, числам и родам</w:t>
      </w:r>
    </w:p>
    <w:p>
      <w:r>
        <w:t>В) виду</w:t>
      </w:r>
    </w:p>
    <w:p>
      <w:r>
        <w:t>Г) возвратности</w:t>
      </w:r>
    </w:p>
    <w:p>
      <w:r>
        <w:rPr>
          <w:b/>
        </w:rPr>
        <w:t>12. Возвратное деепричастие:</w:t>
        <w:br/>
      </w:r>
    </w:p>
    <w:p>
      <w:r>
        <w:t>А) улыбаясь</w:t>
      </w:r>
    </w:p>
    <w:p>
      <w:r>
        <w:t>Б) читая</w:t>
      </w:r>
    </w:p>
    <w:p>
      <w:r>
        <w:t>В) решив</w:t>
      </w:r>
    </w:p>
    <w:p>
      <w:r>
        <w:t>Г) открыв</w:t>
      </w:r>
    </w:p>
    <w:p>
      <w:r>
        <w:rPr>
          <w:b/>
        </w:rPr>
        <w:t>13. Укажите грамматически правильное предложение.</w:t>
        <w:br/>
      </w:r>
    </w:p>
    <w:p>
      <w:r>
        <w:t>А) Подъезжая к станции, у меня слетела шляпа.</w:t>
      </w:r>
    </w:p>
    <w:p>
      <w:r>
        <w:t>Б) Читая книгу, мне было интересно.</w:t>
      </w:r>
    </w:p>
    <w:p>
      <w:r>
        <w:t>В) Подъезжая к станции, мы увидели поезд.</w:t>
      </w:r>
    </w:p>
    <w:p>
      <w:r>
        <w:t>Г) Идя по улице, начался дождь.</w:t>
      </w:r>
    </w:p>
    <w:p>
      <w:r>
        <w:rPr>
          <w:b/>
        </w:rPr>
        <w:t>14. В предложении деепричастие обычно является:</w:t>
        <w:br/>
      </w:r>
    </w:p>
    <w:p>
      <w:r>
        <w:t>А) подлежащим</w:t>
      </w:r>
    </w:p>
    <w:p>
      <w:r>
        <w:t>Б) обстоятельством</w:t>
      </w:r>
    </w:p>
    <w:p>
      <w:r>
        <w:t>В) дополнением</w:t>
      </w:r>
    </w:p>
    <w:p>
      <w:r>
        <w:t>Г) определением</w:t>
      </w:r>
    </w:p>
    <w:p>
      <w:r>
        <w:rPr>
          <w:b/>
        </w:rPr>
        <w:t>15. НЕ с деепричастиями обычно пишется:</w:t>
        <w:br/>
      </w:r>
    </w:p>
    <w:p>
      <w:r>
        <w:t>А) слитно</w:t>
      </w:r>
    </w:p>
    <w:p>
      <w:r>
        <w:t>Б) раздельно</w:t>
      </w:r>
    </w:p>
    <w:p>
      <w:r>
        <w:t>В) через дефис</w:t>
      </w:r>
    </w:p>
    <w:p>
      <w:r>
        <w:t>Г) по-разному без правила</w:t>
      </w:r>
    </w:p>
    <w:p>
      <w:r>
        <w:rPr>
          <w:b/>
        </w:rPr>
        <w:t>16. Какое слово не является деепричастием?</w:t>
        <w:br/>
      </w:r>
    </w:p>
    <w:p>
      <w:r>
        <w:t>А) улыбаясь</w:t>
      </w:r>
    </w:p>
    <w:p>
      <w:r>
        <w:t>Б) прочитав</w:t>
      </w:r>
    </w:p>
    <w:p>
      <w:r>
        <w:t>В) бегущий</w:t>
      </w:r>
    </w:p>
    <w:p>
      <w:r>
        <w:t>Г) играя</w:t>
      </w:r>
    </w:p>
    <w:p>
      <w:r>
        <w:rPr>
          <w:b/>
        </w:rPr>
        <w:t>17. Укажите ряд, где все слова — деепричастия.</w:t>
        <w:br/>
      </w:r>
    </w:p>
    <w:p>
      <w:r>
        <w:t>А) читая, решив, улыбаясь</w:t>
      </w:r>
    </w:p>
    <w:p>
      <w:r>
        <w:t>Б) читающий, решив, читать</w:t>
      </w:r>
    </w:p>
    <w:p>
      <w:r>
        <w:t>В) чтение, играя, дом</w:t>
      </w:r>
    </w:p>
    <w:p>
      <w:r>
        <w:t>Г) красивый, играя, решив</w:t>
      </w:r>
    </w:p>
    <w:p>
      <w:r>
        <w:rPr>
          <w:b/>
        </w:rPr>
        <w:t>18. Какой признак деепричастие сохраняет от глагола?</w:t>
        <w:br/>
      </w:r>
    </w:p>
    <w:p>
      <w:r>
        <w:t>А) падеж</w:t>
      </w:r>
    </w:p>
    <w:p>
      <w:r>
        <w:t>Б) вид</w:t>
      </w:r>
    </w:p>
    <w:p>
      <w:r>
        <w:t>В) род</w:t>
      </w:r>
    </w:p>
    <w:p>
      <w:r>
        <w:t>Г) число</w:t>
      </w:r>
    </w:p>
    <w:p>
      <w:r>
        <w:rPr>
          <w:b/>
        </w:rPr>
        <w:t>19. Найдите предложение с ошибкой в употреблении деепричастного оборота.</w:t>
        <w:br/>
      </w:r>
    </w:p>
    <w:p>
      <w:r>
        <w:t>А) Прочитав книгу, я сделал вывод.</w:t>
      </w:r>
    </w:p>
    <w:p>
      <w:r>
        <w:t>Б) Возвращаясь домой, начался дождь.</w:t>
      </w:r>
    </w:p>
    <w:p>
      <w:r>
        <w:t>В) Улыбаясь, девочка поздоровалась.</w:t>
      </w:r>
    </w:p>
    <w:p>
      <w:r>
        <w:t>Г) Закончив работу, мы ушли.</w:t>
      </w:r>
    </w:p>
    <w:p>
      <w:r>
        <w:rPr>
          <w:b/>
        </w:rPr>
        <w:t>20. Укажите правильное утверждение.</w:t>
        <w:br/>
      </w:r>
    </w:p>
    <w:p>
      <w:r>
        <w:t>А) Деепричастие изменяется по падежам.</w:t>
      </w:r>
    </w:p>
    <w:p>
      <w:r>
        <w:t>Б) Деепричастие обозначает добавочное действие.</w:t>
      </w:r>
    </w:p>
    <w:p>
      <w:r>
        <w:t>В) Деепричастие является служебной частью речи.</w:t>
      </w:r>
    </w:p>
    <w:p>
      <w:r>
        <w:t>Г) Деепричастие имеет краткую форму.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