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Тема 8. Наречие (повышенный уровень)</w:t>
      </w:r>
    </w:p>
    <w:p>
      <w:r>
        <w:t>Выберите один правильный ответ. 20 вопросов. Ответы не указаны.</w:t>
        <w:br/>
      </w:r>
    </w:p>
    <w:p>
      <w:r>
        <w:rPr>
          <w:b/>
        </w:rPr>
        <w:t>1. Наречие обозначает:</w:t>
        <w:br/>
      </w:r>
    </w:p>
    <w:p>
      <w:r>
        <w:t>А) предмет</w:t>
      </w:r>
    </w:p>
    <w:p>
      <w:r>
        <w:t>Б) признак действия, предмета или другого признака</w:t>
      </w:r>
    </w:p>
    <w:p>
      <w:r>
        <w:t>В) действие</w:t>
      </w:r>
    </w:p>
    <w:p>
      <w:r>
        <w:t>Г) количество</w:t>
      </w:r>
    </w:p>
    <w:p>
      <w:r>
        <w:rPr>
          <w:b/>
        </w:rPr>
        <w:t>2. Наречие отвечает на вопросы:</w:t>
        <w:br/>
      </w:r>
    </w:p>
    <w:p>
      <w:r>
        <w:t>А) Кто? Что?</w:t>
      </w:r>
    </w:p>
    <w:p>
      <w:r>
        <w:t>Б) Как? Где? Когда? Куда? Почему? Зачем?</w:t>
      </w:r>
    </w:p>
    <w:p>
      <w:r>
        <w:t>В) Какой?</w:t>
      </w:r>
    </w:p>
    <w:p>
      <w:r>
        <w:t>Г) Сколько?</w:t>
      </w:r>
    </w:p>
    <w:p>
      <w:r>
        <w:rPr>
          <w:b/>
        </w:rPr>
        <w:t>3. Укажите наречие.</w:t>
        <w:br/>
      </w:r>
    </w:p>
    <w:p>
      <w:r>
        <w:t>А) красивый</w:t>
      </w:r>
    </w:p>
    <w:p>
      <w:r>
        <w:t>Б) красиво</w:t>
      </w:r>
    </w:p>
    <w:p>
      <w:r>
        <w:t>В) красота</w:t>
      </w:r>
    </w:p>
    <w:p>
      <w:r>
        <w:t>Г) украшать</w:t>
      </w:r>
    </w:p>
    <w:p>
      <w:r>
        <w:rPr>
          <w:b/>
        </w:rPr>
        <w:t>4. Наречие чаще всего относится к:</w:t>
        <w:br/>
      </w:r>
    </w:p>
    <w:p>
      <w:r>
        <w:t>А) существительному</w:t>
      </w:r>
    </w:p>
    <w:p>
      <w:r>
        <w:t>Б) глаголу</w:t>
      </w:r>
    </w:p>
    <w:p>
      <w:r>
        <w:t>В) союзу</w:t>
      </w:r>
    </w:p>
    <w:p>
      <w:r>
        <w:t>Г) предлогу</w:t>
      </w:r>
    </w:p>
    <w:p>
      <w:r>
        <w:rPr>
          <w:b/>
        </w:rPr>
        <w:t>5. Какое наречие обозначает место?</w:t>
        <w:br/>
      </w:r>
    </w:p>
    <w:p>
      <w:r>
        <w:t>А) быстро</w:t>
      </w:r>
    </w:p>
    <w:p>
      <w:r>
        <w:t>Б) вчера</w:t>
      </w:r>
    </w:p>
    <w:p>
      <w:r>
        <w:t>В) впереди</w:t>
      </w:r>
    </w:p>
    <w:p>
      <w:r>
        <w:t>Г) очень</w:t>
      </w:r>
    </w:p>
    <w:p>
      <w:r>
        <w:rPr>
          <w:b/>
        </w:rPr>
        <w:t>6. Какое наречие обозначает время?</w:t>
        <w:br/>
      </w:r>
    </w:p>
    <w:p>
      <w:r>
        <w:t>А) сегодня</w:t>
      </w:r>
    </w:p>
    <w:p>
      <w:r>
        <w:t>Б) громко</w:t>
      </w:r>
    </w:p>
    <w:p>
      <w:r>
        <w:t>В) слева</w:t>
      </w:r>
    </w:p>
    <w:p>
      <w:r>
        <w:t>Г) слишком</w:t>
      </w:r>
    </w:p>
    <w:p>
      <w:r>
        <w:rPr>
          <w:b/>
        </w:rPr>
        <w:t>7. Наречия:</w:t>
        <w:br/>
      </w:r>
    </w:p>
    <w:p>
      <w:r>
        <w:t>А) изменяются по падежам</w:t>
      </w:r>
    </w:p>
    <w:p>
      <w:r>
        <w:t>Б) изменяются по родам</w:t>
      </w:r>
    </w:p>
    <w:p>
      <w:r>
        <w:t>В) не изменяются</w:t>
      </w:r>
    </w:p>
    <w:p>
      <w:r>
        <w:t>Г) изменяются по лицам</w:t>
      </w:r>
    </w:p>
    <w:p>
      <w:r>
        <w:rPr>
          <w:b/>
        </w:rPr>
        <w:t>8. Степени сравнения имеют:</w:t>
        <w:br/>
      </w:r>
    </w:p>
    <w:p>
      <w:r>
        <w:t>А) все наречия</w:t>
      </w:r>
    </w:p>
    <w:p>
      <w:r>
        <w:t>Б) только качественные наречия на -о/-е</w:t>
      </w:r>
    </w:p>
    <w:p>
      <w:r>
        <w:t>В) только наречия места</w:t>
      </w:r>
    </w:p>
    <w:p>
      <w:r>
        <w:t>Г) только наречия времени</w:t>
      </w:r>
    </w:p>
    <w:p>
      <w:r>
        <w:rPr>
          <w:b/>
        </w:rPr>
        <w:t>9. Сравнительная степень:</w:t>
        <w:br/>
      </w:r>
    </w:p>
    <w:p>
      <w:r>
        <w:t>А) быстрее</w:t>
      </w:r>
    </w:p>
    <w:p>
      <w:r>
        <w:t>Б) самый быстро</w:t>
      </w:r>
    </w:p>
    <w:p>
      <w:r>
        <w:t>В) быстрый</w:t>
      </w:r>
    </w:p>
    <w:p>
      <w:r>
        <w:t>Г) скорость</w:t>
      </w:r>
    </w:p>
    <w:p>
      <w:r>
        <w:rPr>
          <w:b/>
        </w:rPr>
        <w:t>10. Превосходная степень:</w:t>
        <w:br/>
      </w:r>
    </w:p>
    <w:p>
      <w:r>
        <w:t>А) выше</w:t>
      </w:r>
    </w:p>
    <w:p>
      <w:r>
        <w:t>Б) наиболее высоко</w:t>
      </w:r>
    </w:p>
    <w:p>
      <w:r>
        <w:t>В) высокий</w:t>
      </w:r>
    </w:p>
    <w:p>
      <w:r>
        <w:t>Г) высок</w:t>
      </w:r>
    </w:p>
    <w:p>
      <w:r>
        <w:rPr>
          <w:b/>
        </w:rPr>
        <w:t>11. Укажите наречие образа действия.</w:t>
        <w:br/>
      </w:r>
    </w:p>
    <w:p>
      <w:r>
        <w:t>А) быстро</w:t>
      </w:r>
    </w:p>
    <w:p>
      <w:r>
        <w:t>Б) вчера</w:t>
      </w:r>
    </w:p>
    <w:p>
      <w:r>
        <w:t>В) дома</w:t>
      </w:r>
    </w:p>
    <w:p>
      <w:r>
        <w:t>Г) слишком</w:t>
      </w:r>
    </w:p>
    <w:p>
      <w:r>
        <w:rPr>
          <w:b/>
        </w:rPr>
        <w:t>12. В каком ряду все слова — наречия?</w:t>
        <w:br/>
      </w:r>
    </w:p>
    <w:p>
      <w:r>
        <w:t>А) быстро, громко, вдали</w:t>
      </w:r>
    </w:p>
    <w:p>
      <w:r>
        <w:t>Б) красивый, быстро, дом</w:t>
      </w:r>
    </w:p>
    <w:p>
      <w:r>
        <w:t>В) читать, вчера, книга</w:t>
      </w:r>
    </w:p>
    <w:p>
      <w:r>
        <w:t>Г) высокий, далеко, лес</w:t>
      </w:r>
    </w:p>
    <w:p>
      <w:r>
        <w:rPr>
          <w:b/>
        </w:rPr>
        <w:t>13. НЕ с наречиями на -о обычно пишется слитно, если:</w:t>
        <w:br/>
      </w:r>
    </w:p>
    <w:p>
      <w:r>
        <w:t>А) есть противопоставление</w:t>
      </w:r>
    </w:p>
    <w:p>
      <w:r>
        <w:t>Б) слово без НЕ не употребляется</w:t>
      </w:r>
    </w:p>
    <w:p>
      <w:r>
        <w:t>В) есть усиление вовсе не</w:t>
      </w:r>
    </w:p>
    <w:p>
      <w:r>
        <w:t>Г) есть союз а</w:t>
      </w:r>
    </w:p>
    <w:p>
      <w:r>
        <w:rPr>
          <w:b/>
        </w:rPr>
        <w:t>14. Укажите наречие меры и степени.</w:t>
        <w:br/>
      </w:r>
    </w:p>
    <w:p>
      <w:r>
        <w:t>А) слишком</w:t>
      </w:r>
    </w:p>
    <w:p>
      <w:r>
        <w:t>Б) сверху</w:t>
      </w:r>
    </w:p>
    <w:p>
      <w:r>
        <w:t>В) завтра</w:t>
      </w:r>
    </w:p>
    <w:p>
      <w:r>
        <w:t>Г) весело</w:t>
      </w:r>
    </w:p>
    <w:p>
      <w:r>
        <w:rPr>
          <w:b/>
        </w:rPr>
        <w:t>15. Какое слово не является наречием?</w:t>
        <w:br/>
      </w:r>
    </w:p>
    <w:p>
      <w:r>
        <w:t>А) по-новому</w:t>
      </w:r>
    </w:p>
    <w:p>
      <w:r>
        <w:t>Б) вдали</w:t>
      </w:r>
    </w:p>
    <w:p>
      <w:r>
        <w:t>В) чтение</w:t>
      </w:r>
    </w:p>
    <w:p>
      <w:r>
        <w:t>Г) вскоре</w:t>
      </w:r>
    </w:p>
    <w:p>
      <w:r>
        <w:rPr>
          <w:b/>
        </w:rPr>
        <w:t>16. Через дефис пишется:</w:t>
        <w:br/>
      </w:r>
    </w:p>
    <w:p>
      <w:r>
        <w:t>А) поновому</w:t>
      </w:r>
    </w:p>
    <w:p>
      <w:r>
        <w:t>Б) по новому</w:t>
      </w:r>
    </w:p>
    <w:p>
      <w:r>
        <w:t>В) по-новому</w:t>
      </w:r>
    </w:p>
    <w:p>
      <w:r>
        <w:t>Г) поновому-то</w:t>
      </w:r>
    </w:p>
    <w:p>
      <w:r>
        <w:rPr>
          <w:b/>
        </w:rPr>
        <w:t>17. Наречие в предложении обычно является:</w:t>
        <w:br/>
      </w:r>
    </w:p>
    <w:p>
      <w:r>
        <w:t>А) определением</w:t>
      </w:r>
    </w:p>
    <w:p>
      <w:r>
        <w:t>Б) обстоятельством</w:t>
      </w:r>
    </w:p>
    <w:p>
      <w:r>
        <w:t>В) подлежащим</w:t>
      </w:r>
    </w:p>
    <w:p>
      <w:r>
        <w:t>Г) дополнением</w:t>
      </w:r>
    </w:p>
    <w:p>
      <w:r>
        <w:rPr>
          <w:b/>
        </w:rPr>
        <w:t>18. Укажите предложение с наречием.</w:t>
        <w:br/>
      </w:r>
    </w:p>
    <w:p>
      <w:r>
        <w:t>А) Он быстро ответил.</w:t>
      </w:r>
    </w:p>
    <w:p>
      <w:r>
        <w:t>Б) Быстрый ответ.</w:t>
      </w:r>
    </w:p>
    <w:p>
      <w:r>
        <w:t>В) Ответ готов.</w:t>
      </w:r>
    </w:p>
    <w:p>
      <w:r>
        <w:t>Г) Ответ ученика.</w:t>
      </w:r>
    </w:p>
    <w:p>
      <w:r>
        <w:rPr>
          <w:b/>
        </w:rPr>
        <w:t>19. Какой вопрос задаётся к наречию 'вдалеке'?</w:t>
        <w:br/>
      </w:r>
    </w:p>
    <w:p>
      <w:r>
        <w:t>А) Какой?</w:t>
      </w:r>
    </w:p>
    <w:p>
      <w:r>
        <w:t>Б) Где?</w:t>
      </w:r>
    </w:p>
    <w:p>
      <w:r>
        <w:t>В) Кто?</w:t>
      </w:r>
    </w:p>
    <w:p>
      <w:r>
        <w:t>Г) Что?</w:t>
      </w:r>
    </w:p>
    <w:p>
      <w:r>
        <w:rPr>
          <w:b/>
        </w:rPr>
        <w:t>20. Укажите правильное утверждение.</w:t>
        <w:br/>
      </w:r>
    </w:p>
    <w:p>
      <w:r>
        <w:t>А) Наречие изменяется по падежам.</w:t>
      </w:r>
    </w:p>
    <w:p>
      <w:r>
        <w:t>Б) Наречие — неизменяемая часть речи.</w:t>
      </w:r>
    </w:p>
    <w:p>
      <w:r>
        <w:t>В) Наречие имеет род.</w:t>
      </w:r>
    </w:p>
    <w:p>
      <w:r>
        <w:t>Г) Наречие имеет лицо.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