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№1. Тема 9. Категория состояния (повышенный уровень)</w:t>
      </w:r>
    </w:p>
    <w:p>
      <w:r>
        <w:t>Выберите один правильный ответ. 20 вопросов. Ответы не указаны.</w:t>
        <w:br/>
      </w:r>
    </w:p>
    <w:p>
      <w:r>
        <w:rPr>
          <w:b/>
        </w:rPr>
        <w:t>1. Слова категории состояния обозначают:</w:t>
        <w:br/>
      </w:r>
    </w:p>
    <w:p>
      <w:r>
        <w:t>А) предмет</w:t>
      </w:r>
    </w:p>
    <w:p>
      <w:r>
        <w:t>Б) состояние человека, природы или окружающей среды</w:t>
      </w:r>
    </w:p>
    <w:p>
      <w:r>
        <w:t>В) действие</w:t>
      </w:r>
    </w:p>
    <w:p>
      <w:r>
        <w:t>Г) количество</w:t>
      </w:r>
    </w:p>
    <w:p>
      <w:r>
        <w:rPr>
          <w:b/>
        </w:rPr>
        <w:t>2. Укажите слово категории состояния.</w:t>
        <w:br/>
      </w:r>
    </w:p>
    <w:p>
      <w:r>
        <w:t>А) холодно</w:t>
      </w:r>
    </w:p>
    <w:p>
      <w:r>
        <w:t>Б) холодный</w:t>
      </w:r>
    </w:p>
    <w:p>
      <w:r>
        <w:t>В) холод</w:t>
      </w:r>
    </w:p>
    <w:p>
      <w:r>
        <w:t>Г) холодеть</w:t>
      </w:r>
    </w:p>
    <w:p>
      <w:r>
        <w:rPr>
          <w:b/>
        </w:rPr>
        <w:t>3. Категория состояния является:</w:t>
        <w:br/>
      </w:r>
    </w:p>
    <w:p>
      <w:r>
        <w:t>А) изменяемой частью речи</w:t>
      </w:r>
    </w:p>
    <w:p>
      <w:r>
        <w:t>Б) неизменяемой частью речи</w:t>
      </w:r>
    </w:p>
    <w:p>
      <w:r>
        <w:t>В) служебной частью речи</w:t>
      </w:r>
    </w:p>
    <w:p>
      <w:r>
        <w:t>Г) формой глагола</w:t>
      </w:r>
    </w:p>
    <w:p>
      <w:r>
        <w:rPr>
          <w:b/>
        </w:rPr>
        <w:t>4. Чаще всего слова категории состояния употребляются:</w:t>
        <w:br/>
      </w:r>
    </w:p>
    <w:p>
      <w:r>
        <w:t>А) в роли сказуемого</w:t>
      </w:r>
    </w:p>
    <w:p>
      <w:r>
        <w:t>Б) в роли подлежащего</w:t>
      </w:r>
    </w:p>
    <w:p>
      <w:r>
        <w:t>В) в роли определения</w:t>
      </w:r>
    </w:p>
    <w:p>
      <w:r>
        <w:t>Г) в роли дополнения</w:t>
      </w:r>
    </w:p>
    <w:p>
      <w:r>
        <w:rPr>
          <w:b/>
        </w:rPr>
        <w:t>5. Укажите предложение со словом категории состояния.</w:t>
        <w:br/>
      </w:r>
    </w:p>
    <w:p>
      <w:r>
        <w:t>А) Мне грустно.</w:t>
      </w:r>
    </w:p>
    <w:p>
      <w:r>
        <w:t>Б) Грустный мальчик молчал.</w:t>
      </w:r>
    </w:p>
    <w:p>
      <w:r>
        <w:t>В) Грусть прошла.</w:t>
      </w:r>
    </w:p>
    <w:p>
      <w:r>
        <w:t>Г) Он грустит.</w:t>
      </w:r>
    </w:p>
    <w:p>
      <w:r>
        <w:rPr>
          <w:b/>
        </w:rPr>
        <w:t>6. Слова категории состояния отвечают на вопрос:</w:t>
        <w:br/>
      </w:r>
    </w:p>
    <w:p>
      <w:r>
        <w:t>А) Каково состояние?</w:t>
      </w:r>
    </w:p>
    <w:p>
      <w:r>
        <w:t>Б) Кто?</w:t>
      </w:r>
    </w:p>
    <w:p>
      <w:r>
        <w:t>В) Что делать?</w:t>
      </w:r>
    </w:p>
    <w:p>
      <w:r>
        <w:t>Г) Какой?</w:t>
      </w:r>
    </w:p>
    <w:p>
      <w:r>
        <w:rPr>
          <w:b/>
        </w:rPr>
        <w:t>7. Укажите слово, не относящееся к категории состояния.</w:t>
        <w:br/>
      </w:r>
    </w:p>
    <w:p>
      <w:r>
        <w:t>А) темно</w:t>
      </w:r>
    </w:p>
    <w:p>
      <w:r>
        <w:t>Б) жаль</w:t>
      </w:r>
    </w:p>
    <w:p>
      <w:r>
        <w:t>В) весело</w:t>
      </w:r>
    </w:p>
    <w:p>
      <w:r>
        <w:t>Г) весёлый</w:t>
      </w:r>
    </w:p>
    <w:p>
      <w:r>
        <w:rPr>
          <w:b/>
        </w:rPr>
        <w:t>8. В каком предложении слово 'тихо' является категорией состояния?</w:t>
        <w:br/>
      </w:r>
    </w:p>
    <w:p>
      <w:r>
        <w:t>А) В классе тихо.</w:t>
      </w:r>
    </w:p>
    <w:p>
      <w:r>
        <w:t>Б) Он тихо говорил.</w:t>
      </w:r>
    </w:p>
    <w:p>
      <w:r>
        <w:t>В) Тихий вечер.</w:t>
      </w:r>
    </w:p>
    <w:p>
      <w:r>
        <w:t>Г) Наступила тишина.</w:t>
      </w:r>
    </w:p>
    <w:p>
      <w:r>
        <w:rPr>
          <w:b/>
        </w:rPr>
        <w:t>9. Категория состояния может обозначать:</w:t>
        <w:br/>
      </w:r>
    </w:p>
    <w:p>
      <w:r>
        <w:t>А) эмоциональное состояние</w:t>
      </w:r>
    </w:p>
    <w:p>
      <w:r>
        <w:t>Б) состояние природы</w:t>
      </w:r>
    </w:p>
    <w:p>
      <w:r>
        <w:t>В) физическое состояние</w:t>
      </w:r>
    </w:p>
    <w:p>
      <w:r>
        <w:t>Г) все перечисленное</w:t>
      </w:r>
    </w:p>
    <w:p>
      <w:r>
        <w:rPr>
          <w:b/>
        </w:rPr>
        <w:t>10. Укажите пример безличного предложения.</w:t>
        <w:br/>
      </w:r>
    </w:p>
    <w:p>
      <w:r>
        <w:t>А) Мне холодно.</w:t>
      </w:r>
    </w:p>
    <w:p>
      <w:r>
        <w:t>Б) Я замёрз.</w:t>
      </w:r>
    </w:p>
    <w:p>
      <w:r>
        <w:t>В) Холодный ветер дует.</w:t>
      </w:r>
    </w:p>
    <w:p>
      <w:r>
        <w:t>Г) Мы мёрзнем.</w:t>
      </w:r>
    </w:p>
    <w:p>
      <w:r>
        <w:rPr>
          <w:b/>
        </w:rPr>
        <w:t>11. Какое слово выражает оценку?</w:t>
        <w:br/>
      </w:r>
    </w:p>
    <w:p>
      <w:r>
        <w:t>А) можно</w:t>
      </w:r>
    </w:p>
    <w:p>
      <w:r>
        <w:t>Б) красивый</w:t>
      </w:r>
    </w:p>
    <w:p>
      <w:r>
        <w:t>В) быстро</w:t>
      </w:r>
    </w:p>
    <w:p>
      <w:r>
        <w:t>Г) читать</w:t>
      </w:r>
    </w:p>
    <w:p>
      <w:r>
        <w:rPr>
          <w:b/>
        </w:rPr>
        <w:t>12. Какое слово выражает необходимость?</w:t>
        <w:br/>
      </w:r>
    </w:p>
    <w:p>
      <w:r>
        <w:t>А) нужно</w:t>
      </w:r>
    </w:p>
    <w:p>
      <w:r>
        <w:t>Б) громко</w:t>
      </w:r>
    </w:p>
    <w:p>
      <w:r>
        <w:t>В) высокий</w:t>
      </w:r>
    </w:p>
    <w:p>
      <w:r>
        <w:t>Г) вчера</w:t>
      </w:r>
    </w:p>
    <w:p>
      <w:r>
        <w:rPr>
          <w:b/>
        </w:rPr>
        <w:t>13. Какое слово выражает возможность?</w:t>
        <w:br/>
      </w:r>
    </w:p>
    <w:p>
      <w:r>
        <w:t>А) нельзя</w:t>
      </w:r>
    </w:p>
    <w:p>
      <w:r>
        <w:t>Б) можно</w:t>
      </w:r>
    </w:p>
    <w:p>
      <w:r>
        <w:t>В) дом</w:t>
      </w:r>
    </w:p>
    <w:p>
      <w:r>
        <w:t>Г) книга</w:t>
      </w:r>
    </w:p>
    <w:p>
      <w:r>
        <w:rPr>
          <w:b/>
        </w:rPr>
        <w:t>14. Слова категории состояния:</w:t>
        <w:br/>
      </w:r>
    </w:p>
    <w:p>
      <w:r>
        <w:t>А) имеют падеж</w:t>
      </w:r>
    </w:p>
    <w:p>
      <w:r>
        <w:t>Б) имеют род</w:t>
      </w:r>
    </w:p>
    <w:p>
      <w:r>
        <w:t>В) не изменяются</w:t>
      </w:r>
    </w:p>
    <w:p>
      <w:r>
        <w:t>Г) имеют число</w:t>
      </w:r>
    </w:p>
    <w:p>
      <w:r>
        <w:rPr>
          <w:b/>
        </w:rPr>
        <w:t>15. Укажите предложение, где 'жаль' — слово категории состояния.</w:t>
        <w:br/>
      </w:r>
    </w:p>
    <w:p>
      <w:r>
        <w:t>А) Мне жаль уходить.</w:t>
      </w:r>
    </w:p>
    <w:p>
      <w:r>
        <w:t>Б) Жалкий вид.</w:t>
      </w:r>
    </w:p>
    <w:p>
      <w:r>
        <w:t>В) Жалость победила.</w:t>
      </w:r>
    </w:p>
    <w:p>
      <w:r>
        <w:t>Г) Он жалел друга.</w:t>
      </w:r>
    </w:p>
    <w:p>
      <w:r>
        <w:rPr>
          <w:b/>
        </w:rPr>
        <w:t>16. Категория состояния чаще всего сочетается:</w:t>
        <w:br/>
      </w:r>
    </w:p>
    <w:p>
      <w:r>
        <w:t>А) с безличным предложением</w:t>
      </w:r>
    </w:p>
    <w:p>
      <w:r>
        <w:t>Б) с обращением</w:t>
      </w:r>
    </w:p>
    <w:p>
      <w:r>
        <w:t>В) с однородными членами</w:t>
      </w:r>
    </w:p>
    <w:p>
      <w:r>
        <w:t>Г) с прямой речью</w:t>
      </w:r>
    </w:p>
    <w:p>
      <w:r>
        <w:rPr>
          <w:b/>
        </w:rPr>
        <w:t>17. Какое слово не является категорией состояния?</w:t>
        <w:br/>
      </w:r>
    </w:p>
    <w:p>
      <w:r>
        <w:t>А) нельзя</w:t>
      </w:r>
    </w:p>
    <w:p>
      <w:r>
        <w:t>Б) душно</w:t>
      </w:r>
    </w:p>
    <w:p>
      <w:r>
        <w:t>В) весело</w:t>
      </w:r>
    </w:p>
    <w:p>
      <w:r>
        <w:t>Г) веселье</w:t>
      </w:r>
    </w:p>
    <w:p>
      <w:r>
        <w:rPr>
          <w:b/>
        </w:rPr>
        <w:t>18. Укажите правильное утверждение.</w:t>
        <w:br/>
      </w:r>
    </w:p>
    <w:p>
      <w:r>
        <w:t>А) Категория состояния изменяется по падежам.</w:t>
      </w:r>
    </w:p>
    <w:p>
      <w:r>
        <w:t>Б) Категория состояния — самостоятельная неизменяемая часть речи.</w:t>
      </w:r>
    </w:p>
    <w:p>
      <w:r>
        <w:t>В) Категория состояния имеет спряжение.</w:t>
      </w:r>
    </w:p>
    <w:p>
      <w:r>
        <w:t>Г) Категория состояния имеет лицо.</w:t>
      </w:r>
    </w:p>
    <w:p>
      <w:r>
        <w:rPr>
          <w:b/>
        </w:rPr>
        <w:t>19. В каком предложении слово 'душно' является сказуемым?</w:t>
        <w:br/>
      </w:r>
    </w:p>
    <w:p>
      <w:r>
        <w:t>А) В комнате душно.</w:t>
      </w:r>
    </w:p>
    <w:p>
      <w:r>
        <w:t>Б) Душный воздух.</w:t>
      </w:r>
    </w:p>
    <w:p>
      <w:r>
        <w:t>В) Душно пахнет цветами.</w:t>
      </w:r>
    </w:p>
    <w:p>
      <w:r>
        <w:t>Г) Душность мешала работать.</w:t>
      </w:r>
    </w:p>
    <w:p>
      <w:r>
        <w:rPr>
          <w:b/>
        </w:rPr>
        <w:t>20. Основная синтаксическая функция слов категории состояния:</w:t>
        <w:br/>
      </w:r>
    </w:p>
    <w:p>
      <w:r>
        <w:t>А) обстоятельство</w:t>
      </w:r>
    </w:p>
    <w:p>
      <w:r>
        <w:t>Б) сказуемое</w:t>
      </w:r>
    </w:p>
    <w:p>
      <w:r>
        <w:t>В) дополнение</w:t>
      </w:r>
    </w:p>
    <w:p>
      <w:r>
        <w:t>Г) определение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