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Тест №2</w:t>
        <w:br/>
        <w:t>Тема: «Морфемы и их роль в словообразовании»</w:t>
      </w:r>
    </w:p>
    <w:p>
      <w:r>
        <w:t>Выберите один правильный ответ.</w:t>
      </w:r>
    </w:p>
    <w:p>
      <w:r>
        <w:rPr>
          <w:b/>
        </w:rPr>
        <w:t>1. Что называется морфемой?</w:t>
      </w:r>
    </w:p>
    <w:p>
      <w:pPr>
        <w:pStyle w:val="ListBullet"/>
      </w:pPr>
      <w:r>
        <w:t>А) часть предложения</w:t>
      </w:r>
    </w:p>
    <w:p>
      <w:pPr>
        <w:pStyle w:val="ListBullet"/>
      </w:pPr>
      <w:r>
        <w:t>Б) минимальная значимая часть слова</w:t>
      </w:r>
    </w:p>
    <w:p>
      <w:pPr>
        <w:pStyle w:val="ListBullet"/>
      </w:pPr>
      <w:r>
        <w:t>В) звук речи</w:t>
      </w:r>
    </w:p>
    <w:p>
      <w:pPr>
        <w:pStyle w:val="ListBullet"/>
      </w:pPr>
      <w:r>
        <w:t>Г) словосочетание</w:t>
      </w:r>
    </w:p>
    <w:p>
      <w:r>
        <w:rPr>
          <w:b/>
        </w:rPr>
        <w:t>2. Какая морфема выражает основное лексическое значение слова?</w:t>
      </w:r>
    </w:p>
    <w:p>
      <w:pPr>
        <w:pStyle w:val="ListBullet"/>
      </w:pPr>
      <w:r>
        <w:t>А) приставка</w:t>
      </w:r>
    </w:p>
    <w:p>
      <w:pPr>
        <w:pStyle w:val="ListBullet"/>
      </w:pPr>
      <w:r>
        <w:t>Б) суффикс</w:t>
      </w:r>
    </w:p>
    <w:p>
      <w:pPr>
        <w:pStyle w:val="ListBullet"/>
      </w:pPr>
      <w:r>
        <w:t>В) корень</w:t>
      </w:r>
    </w:p>
    <w:p>
      <w:pPr>
        <w:pStyle w:val="ListBullet"/>
      </w:pPr>
      <w:r>
        <w:t>Г) окончание</w:t>
      </w:r>
    </w:p>
    <w:p>
      <w:r>
        <w:rPr>
          <w:b/>
        </w:rPr>
        <w:t>3. Где находится приставка?</w:t>
      </w:r>
    </w:p>
    <w:p>
      <w:pPr>
        <w:pStyle w:val="ListBullet"/>
      </w:pPr>
      <w:r>
        <w:t>А) после корня</w:t>
      </w:r>
    </w:p>
    <w:p>
      <w:pPr>
        <w:pStyle w:val="ListBullet"/>
      </w:pPr>
      <w:r>
        <w:t>Б) перед корнем</w:t>
      </w:r>
    </w:p>
    <w:p>
      <w:pPr>
        <w:pStyle w:val="ListBullet"/>
      </w:pPr>
      <w:r>
        <w:t>В) после окончания</w:t>
      </w:r>
    </w:p>
    <w:p>
      <w:pPr>
        <w:pStyle w:val="ListBullet"/>
      </w:pPr>
      <w:r>
        <w:t>Г) в конце слова</w:t>
      </w:r>
    </w:p>
    <w:p>
      <w:r>
        <w:rPr>
          <w:b/>
        </w:rPr>
        <w:t>4. Какая морфема чаще всего служит для образования новых слов?</w:t>
      </w:r>
    </w:p>
    <w:p>
      <w:pPr>
        <w:pStyle w:val="ListBullet"/>
      </w:pPr>
      <w:r>
        <w:t>А) приставка и суффикс</w:t>
      </w:r>
    </w:p>
    <w:p>
      <w:pPr>
        <w:pStyle w:val="ListBullet"/>
      </w:pPr>
      <w:r>
        <w:t>Б) окончание</w:t>
      </w:r>
    </w:p>
    <w:p>
      <w:pPr>
        <w:pStyle w:val="ListBullet"/>
      </w:pPr>
      <w:r>
        <w:t>В) ударение</w:t>
      </w:r>
    </w:p>
    <w:p>
      <w:pPr>
        <w:pStyle w:val="ListBullet"/>
      </w:pPr>
      <w:r>
        <w:t>Г) предлог</w:t>
      </w:r>
    </w:p>
    <w:p>
      <w:r>
        <w:rPr>
          <w:b/>
        </w:rPr>
        <w:t>5. Что показывает окончание?</w:t>
      </w:r>
    </w:p>
    <w:p>
      <w:pPr>
        <w:pStyle w:val="ListBullet"/>
      </w:pPr>
      <w:r>
        <w:t>А) способ образования</w:t>
      </w:r>
    </w:p>
    <w:p>
      <w:pPr>
        <w:pStyle w:val="ListBullet"/>
      </w:pPr>
      <w:r>
        <w:t>Б) грамматические формы слова</w:t>
      </w:r>
    </w:p>
    <w:p>
      <w:pPr>
        <w:pStyle w:val="ListBullet"/>
      </w:pPr>
      <w:r>
        <w:t>В) значение корня</w:t>
      </w:r>
    </w:p>
    <w:p>
      <w:pPr>
        <w:pStyle w:val="ListBullet"/>
      </w:pPr>
      <w:r>
        <w:t>Г) происхождение слова</w:t>
      </w:r>
    </w:p>
    <w:p>
      <w:r>
        <w:rPr>
          <w:b/>
        </w:rPr>
        <w:t>6. Что такое основа слова?</w:t>
      </w:r>
    </w:p>
    <w:p>
      <w:pPr>
        <w:pStyle w:val="ListBullet"/>
      </w:pPr>
      <w:r>
        <w:t>А) часть без окончания</w:t>
      </w:r>
    </w:p>
    <w:p>
      <w:pPr>
        <w:pStyle w:val="ListBullet"/>
      </w:pPr>
      <w:r>
        <w:t>Б) только корень</w:t>
      </w:r>
    </w:p>
    <w:p>
      <w:pPr>
        <w:pStyle w:val="ListBullet"/>
      </w:pPr>
      <w:r>
        <w:t>В) приставка и суффикс</w:t>
      </w:r>
    </w:p>
    <w:p>
      <w:pPr>
        <w:pStyle w:val="ListBullet"/>
      </w:pPr>
      <w:r>
        <w:t>Г) окончание</w:t>
      </w:r>
    </w:p>
    <w:p>
      <w:r>
        <w:rPr>
          <w:b/>
        </w:rPr>
        <w:t>7. В каком слове есть приставка?</w:t>
      </w:r>
    </w:p>
    <w:p>
      <w:pPr>
        <w:pStyle w:val="ListBullet"/>
      </w:pPr>
      <w:r>
        <w:t>А) лесник</w:t>
      </w:r>
    </w:p>
    <w:p>
      <w:pPr>
        <w:pStyle w:val="ListBullet"/>
      </w:pPr>
      <w:r>
        <w:t>Б) подводный</w:t>
      </w:r>
    </w:p>
    <w:p>
      <w:pPr>
        <w:pStyle w:val="ListBullet"/>
      </w:pPr>
      <w:r>
        <w:t>В) школьный</w:t>
      </w:r>
    </w:p>
    <w:p>
      <w:pPr>
        <w:pStyle w:val="ListBullet"/>
      </w:pPr>
      <w:r>
        <w:t>Г) учитель</w:t>
      </w:r>
    </w:p>
    <w:p>
      <w:r>
        <w:rPr>
          <w:b/>
        </w:rPr>
        <w:t>8. В каком слове суффикс -ник-?</w:t>
      </w:r>
    </w:p>
    <w:p>
      <w:pPr>
        <w:pStyle w:val="ListBullet"/>
      </w:pPr>
      <w:r>
        <w:t>А) лесник</w:t>
      </w:r>
    </w:p>
    <w:p>
      <w:pPr>
        <w:pStyle w:val="ListBullet"/>
      </w:pPr>
      <w:r>
        <w:t>Б) лес</w:t>
      </w:r>
    </w:p>
    <w:p>
      <w:pPr>
        <w:pStyle w:val="ListBullet"/>
      </w:pPr>
      <w:r>
        <w:t>В) лесной</w:t>
      </w:r>
    </w:p>
    <w:p>
      <w:pPr>
        <w:pStyle w:val="ListBullet"/>
      </w:pPr>
      <w:r>
        <w:t>Г) перелесок</w:t>
      </w:r>
    </w:p>
    <w:p>
      <w:r>
        <w:rPr>
          <w:b/>
        </w:rPr>
        <w:t>9. Какая морфема не образует новые слова?</w:t>
      </w:r>
    </w:p>
    <w:p>
      <w:pPr>
        <w:pStyle w:val="ListBullet"/>
      </w:pPr>
      <w:r>
        <w:t>А) приставка</w:t>
      </w:r>
    </w:p>
    <w:p>
      <w:pPr>
        <w:pStyle w:val="ListBullet"/>
      </w:pPr>
      <w:r>
        <w:t>Б) суффикс</w:t>
      </w:r>
    </w:p>
    <w:p>
      <w:pPr>
        <w:pStyle w:val="ListBullet"/>
      </w:pPr>
      <w:r>
        <w:t>В) окончание</w:t>
      </w:r>
    </w:p>
    <w:p>
      <w:pPr>
        <w:pStyle w:val="ListBullet"/>
      </w:pPr>
      <w:r>
        <w:t>Г) соединительная гласная</w:t>
      </w:r>
    </w:p>
    <w:p>
      <w:r>
        <w:rPr>
          <w:b/>
        </w:rPr>
        <w:t>10. Укажите слово с двумя суффиксами.</w:t>
      </w:r>
    </w:p>
    <w:p>
      <w:pPr>
        <w:pStyle w:val="ListBullet"/>
      </w:pPr>
      <w:r>
        <w:t>А) читательский</w:t>
      </w:r>
    </w:p>
    <w:p>
      <w:pPr>
        <w:pStyle w:val="ListBullet"/>
      </w:pPr>
      <w:r>
        <w:t>Б) лес</w:t>
      </w:r>
    </w:p>
    <w:p>
      <w:pPr>
        <w:pStyle w:val="ListBullet"/>
      </w:pPr>
      <w:r>
        <w:t>В) дом</w:t>
      </w:r>
    </w:p>
    <w:p>
      <w:pPr>
        <w:pStyle w:val="ListBullet"/>
      </w:pPr>
      <w:r>
        <w:t>Г) под</w:t>
      </w:r>
    </w:p>
    <w:p>
      <w:r>
        <w:rPr>
          <w:b/>
        </w:rPr>
        <w:t>11. В каком слове есть соединительная гласная?</w:t>
      </w:r>
    </w:p>
    <w:p>
      <w:pPr>
        <w:pStyle w:val="ListBullet"/>
      </w:pPr>
      <w:r>
        <w:t>А) лесопарк</w:t>
      </w:r>
    </w:p>
    <w:p>
      <w:pPr>
        <w:pStyle w:val="ListBullet"/>
      </w:pPr>
      <w:r>
        <w:t>Б) домик</w:t>
      </w:r>
    </w:p>
    <w:p>
      <w:pPr>
        <w:pStyle w:val="ListBullet"/>
      </w:pPr>
      <w:r>
        <w:t>В) подземный</w:t>
      </w:r>
    </w:p>
    <w:p>
      <w:pPr>
        <w:pStyle w:val="ListBullet"/>
      </w:pPr>
      <w:r>
        <w:t>Г) школьник</w:t>
      </w:r>
    </w:p>
    <w:p>
      <w:r>
        <w:rPr>
          <w:b/>
        </w:rPr>
        <w:t>12. Какая морфема объединяет однокоренные слова?</w:t>
      </w:r>
    </w:p>
    <w:p>
      <w:pPr>
        <w:pStyle w:val="ListBullet"/>
      </w:pPr>
      <w:r>
        <w:t>А) корень</w:t>
      </w:r>
    </w:p>
    <w:p>
      <w:pPr>
        <w:pStyle w:val="ListBullet"/>
      </w:pPr>
      <w:r>
        <w:t>Б) приставка</w:t>
      </w:r>
    </w:p>
    <w:p>
      <w:pPr>
        <w:pStyle w:val="ListBullet"/>
      </w:pPr>
      <w:r>
        <w:t>В) окончание</w:t>
      </w:r>
    </w:p>
    <w:p>
      <w:pPr>
        <w:pStyle w:val="ListBullet"/>
      </w:pPr>
      <w:r>
        <w:t>Г) суффикс</w:t>
      </w:r>
    </w:p>
    <w:p>
      <w:r>
        <w:rPr>
          <w:b/>
        </w:rPr>
        <w:t>13. В каком слове окончание нулевое?</w:t>
      </w:r>
    </w:p>
    <w:p>
      <w:pPr>
        <w:pStyle w:val="ListBullet"/>
      </w:pPr>
      <w:r>
        <w:t>А) стол</w:t>
      </w:r>
    </w:p>
    <w:p>
      <w:pPr>
        <w:pStyle w:val="ListBullet"/>
      </w:pPr>
      <w:r>
        <w:t>Б) стола</w:t>
      </w:r>
    </w:p>
    <w:p>
      <w:pPr>
        <w:pStyle w:val="ListBullet"/>
      </w:pPr>
      <w:r>
        <w:t>В) столом</w:t>
      </w:r>
    </w:p>
    <w:p>
      <w:pPr>
        <w:pStyle w:val="ListBullet"/>
      </w:pPr>
      <w:r>
        <w:t>Г) столы</w:t>
      </w:r>
    </w:p>
    <w:p>
      <w:r>
        <w:rPr>
          <w:b/>
        </w:rPr>
        <w:t>14. Какая морфема стоит после корня?</w:t>
      </w:r>
    </w:p>
    <w:p>
      <w:pPr>
        <w:pStyle w:val="ListBullet"/>
      </w:pPr>
      <w:r>
        <w:t>А) приставка</w:t>
      </w:r>
    </w:p>
    <w:p>
      <w:pPr>
        <w:pStyle w:val="ListBullet"/>
      </w:pPr>
      <w:r>
        <w:t>Б) суффикс</w:t>
      </w:r>
    </w:p>
    <w:p>
      <w:pPr>
        <w:pStyle w:val="ListBullet"/>
      </w:pPr>
      <w:r>
        <w:t>В) окончание</w:t>
      </w:r>
    </w:p>
    <w:p>
      <w:pPr>
        <w:pStyle w:val="ListBullet"/>
      </w:pPr>
      <w:r>
        <w:t>Г) основа</w:t>
      </w:r>
    </w:p>
    <w:p>
      <w:r>
        <w:rPr>
          <w:b/>
        </w:rPr>
        <w:t>15. Для чего необходимо знать морфемный состав слова?</w:t>
      </w:r>
    </w:p>
    <w:p>
      <w:pPr>
        <w:pStyle w:val="ListBullet"/>
      </w:pPr>
      <w:r>
        <w:t>А) для определения способа образования слова</w:t>
      </w:r>
    </w:p>
    <w:p>
      <w:pPr>
        <w:pStyle w:val="ListBullet"/>
      </w:pPr>
      <w:r>
        <w:t>Б) только для постановки ударения</w:t>
      </w:r>
    </w:p>
    <w:p>
      <w:pPr>
        <w:pStyle w:val="ListBullet"/>
      </w:pPr>
      <w:r>
        <w:t>В) только для чтения</w:t>
      </w:r>
    </w:p>
    <w:p>
      <w:pPr>
        <w:pStyle w:val="ListBullet"/>
      </w:pPr>
      <w:r>
        <w:t>Г) только для пунктуации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