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jc w:val="center"/>
      </w:pPr>
      <w:r>
        <w:t>Тест №2 по теме «Прямое и переносное значение слова»</w:t>
      </w:r>
    </w:p>
    <w:p>
      <w:r>
        <w:t>7–8 класс</w:t>
        <w:br/>
        <w:br/>
        <w:t>Ф.И. ____________________________   Класс ______   Дата __________</w:t>
        <w:br/>
      </w:r>
    </w:p>
    <w:p>
      <w:r>
        <w:t>Выберите один правильный ответ.</w:t>
        <w:br/>
      </w:r>
    </w:p>
    <w:p>
      <w:r>
        <w:rPr>
          <w:b/>
        </w:rPr>
        <w:t>1. Прямое значение слова — это...</w:t>
      </w:r>
    </w:p>
    <w:p>
      <w:r>
        <w:t>А) Скрытый смысл</w:t>
        <w:br/>
        <w:t>Б) Основное, буквальное значение слова</w:t>
        <w:br/>
        <w:t>В) Шуточное значение</w:t>
        <w:br/>
        <w:t>Г) Устаревшее значение</w:t>
      </w:r>
    </w:p>
    <w:p>
      <w:r>
        <w:rPr>
          <w:b/>
        </w:rPr>
        <w:t>2. Переносное значение слова возникает...</w:t>
      </w:r>
    </w:p>
    <w:p>
      <w:r>
        <w:t>А) При переносе названия с одного предмета на другой по сходству или связи</w:t>
        <w:br/>
        <w:t>Б) Только в словаре</w:t>
        <w:br/>
        <w:t>В) Только в научных текстах</w:t>
        <w:br/>
        <w:t>Г) Только в сказках</w:t>
      </w:r>
    </w:p>
    <w:p>
      <w:r>
        <w:rPr>
          <w:b/>
        </w:rPr>
        <w:t>3. В каком словосочетании слово «золотой» употреблено в прямом значении?</w:t>
      </w:r>
    </w:p>
    <w:p>
      <w:r>
        <w:t>А) Золотое сердце</w:t>
        <w:br/>
        <w:t>Б) Золотые руки</w:t>
        <w:br/>
        <w:t>В) Золотое кольцо</w:t>
        <w:br/>
        <w:t>Г) Золотая осень</w:t>
      </w:r>
    </w:p>
    <w:p>
      <w:r>
        <w:rPr>
          <w:b/>
        </w:rPr>
        <w:t>4. В каком словосочетании слово «тяжёлый» употреблено в переносном значении?</w:t>
      </w:r>
    </w:p>
    <w:p>
      <w:r>
        <w:t>А) Тяжёлый чемодан</w:t>
        <w:br/>
        <w:t>Б) Тяжёлый камень</w:t>
        <w:br/>
        <w:t>В) Тяжёлый характер</w:t>
        <w:br/>
        <w:t>Г) Тяжёлый груз</w:t>
      </w:r>
    </w:p>
    <w:p>
      <w:r>
        <w:rPr>
          <w:b/>
        </w:rPr>
        <w:t>5. В каком словосочетании слово «горячий» употреблено в прямом значении?</w:t>
      </w:r>
    </w:p>
    <w:p>
      <w:r>
        <w:t>А) Горячий чай</w:t>
        <w:br/>
        <w:t>Б) Горячее сердце</w:t>
        <w:br/>
        <w:t>В) Горячий спор</w:t>
        <w:br/>
        <w:t>Г) Горячая новость</w:t>
      </w:r>
    </w:p>
    <w:p>
      <w:r>
        <w:rPr>
          <w:b/>
        </w:rPr>
        <w:t>6. В каком словосочетании слово «железный» употреблено в переносном значении?</w:t>
      </w:r>
    </w:p>
    <w:p>
      <w:r>
        <w:t>А) Железная дверь</w:t>
        <w:br/>
        <w:t>Б) Железная ложка</w:t>
        <w:br/>
        <w:t>В) Железная воля</w:t>
        <w:br/>
        <w:t>Г) Железный гвоздь</w:t>
      </w:r>
    </w:p>
    <w:p>
      <w:r>
        <w:rPr>
          <w:b/>
        </w:rPr>
        <w:t>7. В каком предложении выделенное слово употреблено в переносном значении?</w:t>
      </w:r>
    </w:p>
    <w:p>
      <w:r>
        <w:t>А) На дереве выросли зелёные листья.</w:t>
        <w:br/>
        <w:t>Б) Девочка заплела длинную косу.</w:t>
        <w:br/>
        <w:t>В) Лучи солнца ласкали землю.</w:t>
        <w:br/>
        <w:t>Г) На столе лежала книга.</w:t>
      </w:r>
    </w:p>
    <w:p>
      <w:r>
        <w:rPr>
          <w:b/>
        </w:rPr>
        <w:t>8. Какое словосочетание имеет переносное значение?</w:t>
      </w:r>
    </w:p>
    <w:p>
      <w:r>
        <w:t>А) Каменное сердце</w:t>
        <w:br/>
        <w:t>Б) Каменная стена</w:t>
        <w:br/>
        <w:t>В) Каменный дом</w:t>
        <w:br/>
        <w:t>Г) Каменная лестница</w:t>
      </w:r>
    </w:p>
    <w:p>
      <w:r>
        <w:rPr>
          <w:b/>
        </w:rPr>
        <w:t>9. В каком словосочетании слово «мягкий» употреблено в прямом значении?</w:t>
      </w:r>
    </w:p>
    <w:p>
      <w:r>
        <w:t>А) Мягкий диван</w:t>
        <w:br/>
        <w:t>Б) Мягкий характер</w:t>
        <w:br/>
        <w:t>В) Мягкий взгляд</w:t>
        <w:br/>
        <w:t>Г) Мягкий ответ</w:t>
      </w:r>
    </w:p>
    <w:p>
      <w:r>
        <w:rPr>
          <w:b/>
        </w:rPr>
        <w:t>10. В каком словосочетании слово «светлый» употреблено в переносном значении?</w:t>
      </w:r>
    </w:p>
    <w:p>
      <w:r>
        <w:t>А) Светлая комната</w:t>
        <w:br/>
        <w:t>Б) Светлая рубашка</w:t>
        <w:br/>
        <w:t>В) Светлое будущее</w:t>
        <w:br/>
        <w:t>Г) Светлые волосы</w:t>
      </w:r>
    </w:p>
    <w:p>
      <w:r>
        <w:rPr>
          <w:b/>
        </w:rPr>
        <w:t>11. Какое словосочетание имеет прямое значение?</w:t>
      </w:r>
    </w:p>
    <w:p>
      <w:r>
        <w:t>А) Серебряный голос</w:t>
        <w:br/>
        <w:t>Б) Серебряная ложка</w:t>
        <w:br/>
        <w:t>В) Серебряные руки</w:t>
        <w:br/>
        <w:t>Г) Серебряная мечта</w:t>
      </w:r>
    </w:p>
    <w:p>
      <w:r>
        <w:rPr>
          <w:b/>
        </w:rPr>
        <w:t>12. Как называется значение слова, возникающее на основе сходства?</w:t>
      </w:r>
    </w:p>
    <w:p>
      <w:r>
        <w:t>А) Прямое</w:t>
        <w:br/>
        <w:t>Б) Переносное</w:t>
        <w:br/>
        <w:t>В) Научное</w:t>
        <w:br/>
        <w:t>Г) Устаревшее</w:t>
      </w:r>
    </w:p>
    <w:p>
      <w:r>
        <w:rPr>
          <w:b/>
        </w:rPr>
        <w:t>13. В каком ряду все словосочетания имеют переносное значение?</w:t>
      </w:r>
    </w:p>
    <w:p>
      <w:r>
        <w:t>А) Золотые руки, каменное сердце, острый ум</w:t>
        <w:br/>
        <w:t>Б) Золотое кольцо, острый нож, каменная стена</w:t>
        <w:br/>
        <w:t>В) Горячий чай, зелёный лист, белый снег</w:t>
        <w:br/>
        <w:t>Г) Стеклянный стакан, деревянный стол, железная дверь</w:t>
      </w:r>
    </w:p>
    <w:p>
      <w:r>
        <w:rPr>
          <w:b/>
        </w:rPr>
        <w:t>14. В каком словосочетании слово употреблено в переносном значении?</w:t>
      </w:r>
    </w:p>
    <w:p>
      <w:r>
        <w:t>А) Холодная вода</w:t>
        <w:br/>
        <w:t>Б) Холодный ветер</w:t>
        <w:br/>
        <w:t>В) Холодный взгляд</w:t>
        <w:br/>
        <w:t>Г) Холодный сок</w:t>
      </w:r>
    </w:p>
    <w:p>
      <w:r>
        <w:rPr>
          <w:b/>
        </w:rPr>
        <w:t>15. Укажите словосочетание с переносным значением.</w:t>
      </w:r>
    </w:p>
    <w:p>
      <w:r>
        <w:t>А) Золотая цепочка</w:t>
        <w:br/>
        <w:t>Б) Мягкое кресло</w:t>
        <w:br/>
        <w:t>В) Живая память</w:t>
        <w:br/>
        <w:t>Г) Высокое дерево</w:t>
      </w:r>
    </w:p>
    <w:p>
      <w:r>
        <w:rPr>
          <w:b/>
        </w:rPr>
        <w:t>16. Найдите словосочетание, в котором оба слова употреблены в переносном значении.</w:t>
      </w:r>
    </w:p>
    <w:p>
      <w:r>
        <w:t>А) Горячий чай</w:t>
        <w:br/>
        <w:t>Б) Каменное сердце</w:t>
        <w:br/>
        <w:t>В) Светлая комната</w:t>
        <w:br/>
        <w:t>Г) Железный мост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