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№3</w:t>
        <w:br/>
        <w:t>Морфологический способ словообразования (8–9 классы)</w:t>
      </w:r>
    </w:p>
    <w:p>
      <w:r>
        <w:rPr>
          <w:b/>
        </w:rPr>
        <w:t>1. Что называется морфологическим способом словообразования?</w:t>
        <w:br/>
      </w:r>
      <w:r>
        <w:t>А) Образование слов без изменения формы.</w:t>
        <w:br/>
      </w:r>
      <w:r>
        <w:t>Б) Образование слов с помощью морфем.</w:t>
        <w:br/>
      </w:r>
      <w:r>
        <w:t>В) Изменение значения слова.</w:t>
        <w:br/>
      </w:r>
      <w:r>
        <w:t>Г) Изменение порядка слов.</w:t>
        <w:br/>
      </w:r>
    </w:p>
    <w:p>
      <w:r>
        <w:rPr>
          <w:b/>
        </w:rPr>
        <w:t>2. Какая морфема чаще всего участвует в образовании новых слов?</w:t>
        <w:br/>
      </w:r>
      <w:r>
        <w:t>А) Окончание.</w:t>
        <w:br/>
      </w:r>
      <w:r>
        <w:t>Б) Суффикс.</w:t>
        <w:br/>
      </w:r>
      <w:r>
        <w:t>В) Предлог.</w:t>
        <w:br/>
      </w:r>
      <w:r>
        <w:t>Г) Союз.</w:t>
        <w:br/>
      </w:r>
    </w:p>
    <w:p>
      <w:r>
        <w:rPr>
          <w:b/>
        </w:rPr>
        <w:t>3. Каким способом образовано слово «лесник»?</w:t>
        <w:br/>
      </w:r>
      <w:r>
        <w:t>А) Приставочным.</w:t>
        <w:br/>
      </w:r>
      <w:r>
        <w:t>Б) Суффиксальным.</w:t>
        <w:br/>
      </w:r>
      <w:r>
        <w:t>В) Бессуффиксным.</w:t>
        <w:br/>
      </w:r>
      <w:r>
        <w:t>Г) Сложением.</w:t>
        <w:br/>
      </w:r>
    </w:p>
    <w:p>
      <w:r>
        <w:rPr>
          <w:b/>
        </w:rPr>
        <w:t>4. Каким способом образовано слово «подземный»?</w:t>
        <w:br/>
      </w:r>
      <w:r>
        <w:t>А) Суффиксальным.</w:t>
        <w:br/>
      </w:r>
      <w:r>
        <w:t>Б) Приставочным.</w:t>
        <w:br/>
      </w:r>
      <w:r>
        <w:t>В) Приставочно-суффиксальным.</w:t>
        <w:br/>
      </w:r>
      <w:r>
        <w:t>Г) Переходом одной части речи в другую.</w:t>
        <w:br/>
      </w:r>
    </w:p>
    <w:p>
      <w:r>
        <w:rPr>
          <w:b/>
        </w:rPr>
        <w:t>5. Как образовано слово «переписать»?</w:t>
        <w:br/>
      </w:r>
      <w:r>
        <w:t>А) Суффиксальным.</w:t>
        <w:br/>
      </w:r>
      <w:r>
        <w:t>Б) Приставочным.</w:t>
        <w:br/>
      </w:r>
      <w:r>
        <w:t>В) Бессуффиксным.</w:t>
        <w:br/>
      </w:r>
      <w:r>
        <w:t>Г) Сложением.</w:t>
        <w:br/>
      </w:r>
    </w:p>
    <w:p>
      <w:r>
        <w:rPr>
          <w:b/>
        </w:rPr>
        <w:t>6. Каким способом образовано слово «безветренный»?</w:t>
        <w:br/>
      </w:r>
      <w:r>
        <w:t>А) Приставочно-суффиксальным.</w:t>
        <w:br/>
      </w:r>
      <w:r>
        <w:t>Б) Суффиксальным.</w:t>
        <w:br/>
      </w:r>
      <w:r>
        <w:t>В) Приставочным.</w:t>
        <w:br/>
      </w:r>
      <w:r>
        <w:t>Г) Неморфологическим.</w:t>
        <w:br/>
      </w:r>
    </w:p>
    <w:p>
      <w:r>
        <w:rPr>
          <w:b/>
        </w:rPr>
        <w:t>7. Как образовано слово «подоконник»?</w:t>
        <w:br/>
      </w:r>
      <w:r>
        <w:t>А) Приставочным.</w:t>
        <w:br/>
      </w:r>
      <w:r>
        <w:t>Б) Суффиксальным.</w:t>
        <w:br/>
      </w:r>
      <w:r>
        <w:t>В) Приставочно-суффиксальным.</w:t>
        <w:br/>
      </w:r>
      <w:r>
        <w:t>Г) Сложением.</w:t>
        <w:br/>
      </w:r>
    </w:p>
    <w:p>
      <w:r>
        <w:rPr>
          <w:b/>
        </w:rPr>
        <w:t>8. Какой способ относится к морфологическим?</w:t>
        <w:br/>
      </w:r>
      <w:r>
        <w:t>А) Суффиксальный.</w:t>
        <w:br/>
      </w:r>
      <w:r>
        <w:t>Б) Лексико-семантический.</w:t>
        <w:br/>
      </w:r>
      <w:r>
        <w:t>В) Морфолого-синтаксический.</w:t>
        <w:br/>
      </w:r>
      <w:r>
        <w:t>Г) Лексико-синтаксический.</w:t>
        <w:br/>
      </w:r>
    </w:p>
    <w:p>
      <w:r>
        <w:rPr>
          <w:b/>
        </w:rPr>
        <w:t>9. Каким способом образовано слово «переход» (от «переходить»)?</w:t>
        <w:br/>
      </w:r>
      <w:r>
        <w:t>А) Приставочным.</w:t>
        <w:br/>
      </w:r>
      <w:r>
        <w:t>Б) Суффиксальным.</w:t>
        <w:br/>
      </w:r>
      <w:r>
        <w:t>В) Бессуффиксным.</w:t>
        <w:br/>
      </w:r>
      <w:r>
        <w:t>Г) Сложением.</w:t>
        <w:br/>
      </w:r>
    </w:p>
    <w:p>
      <w:r>
        <w:rPr>
          <w:b/>
        </w:rPr>
        <w:t>10. Каким способом образовано слово «водопровод»?</w:t>
        <w:br/>
      </w:r>
      <w:r>
        <w:t>А) Суффиксальным.</w:t>
        <w:br/>
      </w:r>
      <w:r>
        <w:t>Б) Сложением основ.</w:t>
        <w:br/>
      </w:r>
      <w:r>
        <w:t>В) Приставочным.</w:t>
        <w:br/>
      </w:r>
      <w:r>
        <w:t>Г) Бессуффиксным.</w:t>
        <w:br/>
      </w:r>
    </w:p>
    <w:p>
      <w:r>
        <w:rPr>
          <w:b/>
        </w:rPr>
        <w:t>11. Что происходит при приставочном способе словообразования?</w:t>
        <w:br/>
      </w:r>
      <w:r>
        <w:t>А) Добавляется приставка.</w:t>
        <w:br/>
      </w:r>
      <w:r>
        <w:t>Б) Добавляется окончание.</w:t>
        <w:br/>
      </w:r>
      <w:r>
        <w:t>В) Меняется ударение.</w:t>
        <w:br/>
      </w:r>
      <w:r>
        <w:t>Г) Изменяется порядок слов.</w:t>
        <w:br/>
      </w:r>
    </w:p>
    <w:p>
      <w:r>
        <w:rPr>
          <w:b/>
        </w:rPr>
        <w:t>12. Что происходит при суффиксальном способе?</w:t>
        <w:br/>
      </w:r>
      <w:r>
        <w:t>А) Добавляется приставка.</w:t>
        <w:br/>
      </w:r>
      <w:r>
        <w:t>Б) Добавляется суффикс.</w:t>
        <w:br/>
      </w:r>
      <w:r>
        <w:t>В) Добавляется окончание.</w:t>
        <w:br/>
      </w:r>
      <w:r>
        <w:t>Г) Убирается корень.</w:t>
        <w:br/>
      </w:r>
    </w:p>
    <w:p>
      <w:r>
        <w:rPr>
          <w:b/>
        </w:rPr>
        <w:t>13. Каким способом образовано слово «предгорье»?</w:t>
        <w:br/>
      </w:r>
      <w:r>
        <w:t>А) Приставочным.</w:t>
        <w:br/>
      </w:r>
      <w:r>
        <w:t>Б) Суффиксальным.</w:t>
        <w:br/>
      </w:r>
      <w:r>
        <w:t>В) Приставочно-суффиксальным.</w:t>
        <w:br/>
      </w:r>
      <w:r>
        <w:t>Г) Неморфологическим.</w:t>
        <w:br/>
      </w:r>
    </w:p>
    <w:p>
      <w:r>
        <w:rPr>
          <w:b/>
        </w:rPr>
        <w:t>14. Каким способом образовано слово «железнодорожный»?</w:t>
        <w:br/>
      </w:r>
      <w:r>
        <w:t>А) Сложением основ.</w:t>
        <w:br/>
      </w:r>
      <w:r>
        <w:t>Б) Суффиксальным.</w:t>
        <w:br/>
      </w:r>
      <w:r>
        <w:t>В) Приставочным.</w:t>
        <w:br/>
      </w:r>
      <w:r>
        <w:t>Г) Бессуффиксным.</w:t>
        <w:br/>
      </w:r>
    </w:p>
    <w:p>
      <w:r>
        <w:rPr>
          <w:b/>
        </w:rPr>
        <w:t>15. Как называется образование слова с помощью двух корней?</w:t>
        <w:br/>
      </w:r>
      <w:r>
        <w:t>А) Приставочный способ.</w:t>
        <w:br/>
      </w:r>
      <w:r>
        <w:t>Б) Суффиксальный способ.</w:t>
        <w:br/>
      </w:r>
      <w:r>
        <w:t>В) Сложение основ.</w:t>
        <w:br/>
      </w:r>
      <w:r>
        <w:t>Г) Бессуффиксный способ.</w:t>
        <w:br/>
      </w:r>
    </w:p>
    <w:p>
      <w:r>
        <w:rPr>
          <w:b/>
        </w:rPr>
        <w:t>16. Как образовано слово «приморский»?</w:t>
        <w:br/>
      </w:r>
      <w:r>
        <w:t>А) Суффиксальным.</w:t>
        <w:br/>
      </w:r>
      <w:r>
        <w:t>Б) Приставочно-суффиксальным.</w:t>
        <w:br/>
      </w:r>
      <w:r>
        <w:t>В) Приставочным.</w:t>
        <w:br/>
      </w:r>
      <w:r>
        <w:t>Г) Бессуффиксным.</w:t>
        <w:br/>
      </w:r>
    </w:p>
    <w:p>
      <w:r>
        <w:rPr>
          <w:b/>
        </w:rPr>
        <w:t>17. Каким способом образовано слово «выход» (от «выходить»)?</w:t>
        <w:br/>
      </w:r>
      <w:r>
        <w:t>А) Бессуффиксным.</w:t>
        <w:br/>
      </w:r>
      <w:r>
        <w:t>Б) Суффиксальным.</w:t>
        <w:br/>
      </w:r>
      <w:r>
        <w:t>В) Приставочным.</w:t>
        <w:br/>
      </w:r>
      <w:r>
        <w:t>Г) Сложением.</w:t>
        <w:br/>
      </w:r>
    </w:p>
    <w:p>
      <w:r>
        <w:rPr>
          <w:b/>
        </w:rPr>
        <w:t>18. Какое слово образовано суффиксальным способом?</w:t>
        <w:br/>
      </w:r>
      <w:r>
        <w:t>А) Домик.</w:t>
        <w:br/>
      </w:r>
      <w:r>
        <w:t>Б) Подбежать.</w:t>
        <w:br/>
      </w:r>
      <w:r>
        <w:t>В) Лесостепь.</w:t>
        <w:br/>
      </w:r>
      <w:r>
        <w:t>Г) Выход.</w:t>
        <w:br/>
      </w:r>
    </w:p>
    <w:p>
      <w:r>
        <w:rPr>
          <w:b/>
        </w:rPr>
        <w:t>19. Какое слово образовано приставочным способом?</w:t>
        <w:br/>
      </w:r>
      <w:r>
        <w:t>А) Забежать.</w:t>
        <w:br/>
      </w:r>
      <w:r>
        <w:t>Б) Учитель.</w:t>
        <w:br/>
      </w:r>
      <w:r>
        <w:t>В) Лесник.</w:t>
        <w:br/>
      </w:r>
      <w:r>
        <w:t>Г) Снежинка.</w:t>
        <w:br/>
      </w:r>
    </w:p>
    <w:p>
      <w:r>
        <w:rPr>
          <w:b/>
        </w:rPr>
        <w:t>20. Какое слово образовано сложением основ?</w:t>
        <w:br/>
      </w:r>
      <w:r>
        <w:t>А) Пароход.</w:t>
        <w:br/>
      </w:r>
      <w:r>
        <w:t>Б) Подписать.</w:t>
        <w:br/>
      </w:r>
      <w:r>
        <w:t>В) Домик.</w:t>
        <w:br/>
      </w:r>
      <w:r>
        <w:t>Г) Подоконник.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