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Тест №3 по теме «Синонимы, антонимы, омонимы, паронимы»</w:t>
      </w:r>
    </w:p>
    <w:p>
      <w:r>
        <w:t>7–8 класс</w:t>
        <w:br/>
        <w:br/>
        <w:t>Ф.И. ____________________________   Класс ______   Дата __________</w:t>
        <w:br/>
      </w:r>
    </w:p>
    <w:p>
      <w:r>
        <w:t>Выберите один правильный ответ.</w:t>
        <w:br/>
      </w:r>
    </w:p>
    <w:p>
      <w:r>
        <w:rPr>
          <w:b/>
        </w:rPr>
        <w:t>1. Синонимы — это...</w:t>
      </w:r>
    </w:p>
    <w:p>
      <w:r>
        <w:t>А) Слова с противоположным значением</w:t>
        <w:br/>
        <w:t>Б) Слова, близкие по значению</w:t>
        <w:br/>
        <w:t>В) Одинаково звучащие слова</w:t>
        <w:br/>
        <w:t>Г) Похожие по звучанию слова</w:t>
      </w:r>
    </w:p>
    <w:p>
      <w:r>
        <w:rPr>
          <w:b/>
        </w:rPr>
        <w:t>2. Антонимы — это...</w:t>
      </w:r>
    </w:p>
    <w:p>
      <w:r>
        <w:t>А) Слова с противоположным значением</w:t>
        <w:br/>
        <w:t>Б) Близкие по значению слова</w:t>
        <w:br/>
        <w:t>В) Одинаковые по написанию слова</w:t>
        <w:br/>
        <w:t>Г) Новые слова</w:t>
      </w:r>
    </w:p>
    <w:p>
      <w:r>
        <w:rPr>
          <w:b/>
        </w:rPr>
        <w:t>3. Омонимы — это...</w:t>
      </w:r>
    </w:p>
    <w:p>
      <w:r>
        <w:t>А) Слова, близкие по значению</w:t>
        <w:br/>
        <w:t>Б) Слова, одинаковые по звучанию и написанию, но разные по значению</w:t>
        <w:br/>
        <w:t>В) Устаревшие слова</w:t>
        <w:br/>
        <w:t>Г) Заимствованные слова</w:t>
      </w:r>
    </w:p>
    <w:p>
      <w:r>
        <w:rPr>
          <w:b/>
        </w:rPr>
        <w:t>4. Паронимы — это...</w:t>
      </w:r>
    </w:p>
    <w:p>
      <w:r>
        <w:t>А) Слова, близкие по звучанию, но разные по значению</w:t>
        <w:br/>
        <w:t>Б) Слова с противоположным значением</w:t>
        <w:br/>
        <w:t>В) Слова с одинаковым значением</w:t>
        <w:br/>
        <w:t>Г) Фразеологизмы</w:t>
      </w:r>
    </w:p>
    <w:p>
      <w:r>
        <w:rPr>
          <w:b/>
        </w:rPr>
        <w:t>5. Укажите пару синонимов.</w:t>
      </w:r>
    </w:p>
    <w:p>
      <w:r>
        <w:t>А) Смелый — храбрый</w:t>
        <w:br/>
        <w:t>Б) День — ночь</w:t>
        <w:br/>
        <w:t>В) Лук — лук</w:t>
        <w:br/>
        <w:t>Г) Адресат — адресант</w:t>
      </w:r>
    </w:p>
    <w:p>
      <w:r>
        <w:rPr>
          <w:b/>
        </w:rPr>
        <w:t>6. Укажите пару антонимов.</w:t>
      </w:r>
    </w:p>
    <w:p>
      <w:r>
        <w:t>А) Весёлый — радостный</w:t>
        <w:br/>
        <w:t>Б) Высокий — низкий</w:t>
        <w:br/>
        <w:t>В) Мир — вселенная</w:t>
        <w:br/>
        <w:t>Г) Надеть — одеть</w:t>
      </w:r>
    </w:p>
    <w:p>
      <w:r>
        <w:rPr>
          <w:b/>
        </w:rPr>
        <w:t>7. Укажите пару омонимов.</w:t>
      </w:r>
    </w:p>
    <w:p>
      <w:r>
        <w:t>А) Ключ (родник) — ключ (для замка)</w:t>
        <w:br/>
        <w:t>Б) Большой — огромный</w:t>
        <w:br/>
        <w:t>В) Добрый — злой</w:t>
        <w:br/>
        <w:t>Г) Эффектный — эффективный</w:t>
      </w:r>
    </w:p>
    <w:p>
      <w:r>
        <w:rPr>
          <w:b/>
        </w:rPr>
        <w:t>8. Укажите пару паронимов.</w:t>
      </w:r>
    </w:p>
    <w:p>
      <w:r>
        <w:t>А) Одеть — надеть</w:t>
        <w:br/>
        <w:t>Б) Мороз — холод</w:t>
        <w:br/>
        <w:t>В) Смелый — храбрый</w:t>
        <w:br/>
        <w:t>Г) День — ночь</w:t>
      </w:r>
    </w:p>
    <w:p>
      <w:r>
        <w:rPr>
          <w:b/>
        </w:rPr>
        <w:t>9. Какое слово является синонимом к слову «красивый»?</w:t>
      </w:r>
    </w:p>
    <w:p>
      <w:r>
        <w:t>А) Прекрасный</w:t>
        <w:br/>
        <w:t>Б) Некрасивый</w:t>
        <w:br/>
        <w:t>В) Красить</w:t>
        <w:br/>
        <w:t>Г) Красота</w:t>
      </w:r>
    </w:p>
    <w:p>
      <w:r>
        <w:rPr>
          <w:b/>
        </w:rPr>
        <w:t>10. Какое слово является антонимом к слову «широкий»?</w:t>
      </w:r>
    </w:p>
    <w:p>
      <w:r>
        <w:t>А) Узкий</w:t>
        <w:br/>
        <w:t>Б) Просторный</w:t>
        <w:br/>
        <w:t>В) Огромный</w:t>
        <w:br/>
        <w:t>Г) Большой</w:t>
      </w:r>
    </w:p>
    <w:p>
      <w:r>
        <w:rPr>
          <w:b/>
        </w:rPr>
        <w:t>11. В какой строке находятся только синонимы?</w:t>
      </w:r>
    </w:p>
    <w:p>
      <w:r>
        <w:t>А) Труд — работа</w:t>
        <w:br/>
        <w:t>Б) Белый — чёрный</w:t>
        <w:br/>
        <w:t>В) Лук — лук</w:t>
        <w:br/>
        <w:t>Г) Оплатить — заплатить</w:t>
      </w:r>
    </w:p>
    <w:p>
      <w:r>
        <w:rPr>
          <w:b/>
        </w:rPr>
        <w:t>12. В какой строке находятся только антонимы?</w:t>
      </w:r>
    </w:p>
    <w:p>
      <w:r>
        <w:t>А) Свет — тьма</w:t>
        <w:br/>
        <w:t>Б) Смелый — храбрый</w:t>
        <w:br/>
        <w:t>В) Лес — роща</w:t>
        <w:br/>
        <w:t>Г) Адресат — адресант</w:t>
      </w:r>
    </w:p>
    <w:p>
      <w:r>
        <w:rPr>
          <w:b/>
        </w:rPr>
        <w:t>13. Какое слово лишнее?</w:t>
      </w:r>
    </w:p>
    <w:p>
      <w:r>
        <w:t>А) Смелый</w:t>
        <w:br/>
        <w:t>Б) Храбрый</w:t>
        <w:br/>
        <w:t>В) Отважный</w:t>
        <w:br/>
        <w:t>Г) Трусливый</w:t>
      </w:r>
    </w:p>
    <w:p>
      <w:r>
        <w:rPr>
          <w:b/>
        </w:rPr>
        <w:t>14. Укажите паронимы.</w:t>
      </w:r>
    </w:p>
    <w:p>
      <w:r>
        <w:t>А) Абонент — абонемент</w:t>
        <w:br/>
        <w:t>Б) Жара — зной</w:t>
        <w:br/>
        <w:t>В) Начало — конец</w:t>
        <w:br/>
        <w:t>Г) Мир — покой</w:t>
      </w:r>
    </w:p>
    <w:p>
      <w:r>
        <w:rPr>
          <w:b/>
        </w:rPr>
        <w:t>15. Какой словарь поможет подобрать синонимы?</w:t>
      </w:r>
    </w:p>
    <w:p>
      <w:r>
        <w:t>А) Орфографический</w:t>
        <w:br/>
        <w:t>Б) Словарь синонимов</w:t>
        <w:br/>
        <w:t>В) Орфоэпический</w:t>
        <w:br/>
        <w:t>Г) Фразеологический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