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Тест №4 по теме «Лексика по сфере употребления»</w:t>
      </w:r>
    </w:p>
    <w:p>
      <w:r>
        <w:t>7–8 класс</w:t>
        <w:br/>
        <w:br/>
        <w:t>Ф.И. ____________________________   Класс ______   Дата __________</w:t>
        <w:br/>
      </w:r>
    </w:p>
    <w:p>
      <w:r>
        <w:t>Выберите один правильный ответ.</w:t>
        <w:br/>
      </w:r>
    </w:p>
    <w:p>
      <w:r>
        <w:rPr>
          <w:b/>
        </w:rPr>
        <w:t>1. Какие слова называются общеупотребительными?</w:t>
      </w:r>
    </w:p>
    <w:p>
      <w:r>
        <w:t>А) Используются всеми носителями языка</w:t>
        <w:br/>
        <w:t>Б) Употребляются только учёными</w:t>
        <w:br/>
        <w:t>В) Используются только в деревнях</w:t>
        <w:br/>
        <w:t>Г) Употребляются только подростками</w:t>
      </w:r>
    </w:p>
    <w:p>
      <w:r>
        <w:rPr>
          <w:b/>
        </w:rPr>
        <w:t>2. Диалектизмы — это...</w:t>
      </w:r>
    </w:p>
    <w:p>
      <w:r>
        <w:t>А) Научные слова</w:t>
        <w:br/>
        <w:t>Б) Слова, употребляемые жителями определённой местности</w:t>
        <w:br/>
        <w:t>В) Новые слова</w:t>
        <w:br/>
        <w:t>Г) Устаревшие слова</w:t>
      </w:r>
    </w:p>
    <w:p>
      <w:r>
        <w:rPr>
          <w:b/>
        </w:rPr>
        <w:t>3. Профессионализмы — это...</w:t>
      </w:r>
    </w:p>
    <w:p>
      <w:r>
        <w:t>А) Слова людей одной профессии</w:t>
        <w:br/>
        <w:t>Б) Слова с противоположным значением</w:t>
        <w:br/>
        <w:t>В) Устаревшие слова</w:t>
        <w:br/>
        <w:t>Г) Иностранные слова</w:t>
      </w:r>
    </w:p>
    <w:p>
      <w:r>
        <w:rPr>
          <w:b/>
        </w:rPr>
        <w:t>4. Термины — это...</w:t>
      </w:r>
    </w:p>
    <w:p>
      <w:r>
        <w:t>А) Научные понятия</w:t>
        <w:br/>
        <w:t>Б) Жаргонные слова</w:t>
        <w:br/>
        <w:t>В) Диалектные слова</w:t>
        <w:br/>
        <w:t>Г) Разговорные слова</w:t>
      </w:r>
    </w:p>
    <w:p>
      <w:r>
        <w:rPr>
          <w:b/>
        </w:rPr>
        <w:t>5. Жаргонизмы — это...</w:t>
      </w:r>
    </w:p>
    <w:p>
      <w:r>
        <w:t>А) Слова литературного языка</w:t>
        <w:br/>
        <w:t>Б) Слова определённых социальных групп</w:t>
        <w:br/>
        <w:t>В) Термины</w:t>
        <w:br/>
        <w:t>Г) Историзмы</w:t>
      </w:r>
    </w:p>
    <w:p>
      <w:r>
        <w:rPr>
          <w:b/>
        </w:rPr>
        <w:t>6. Какое слово является диалектизмом?</w:t>
      </w:r>
    </w:p>
    <w:p>
      <w:r>
        <w:t>А) Бурак</w:t>
        <w:br/>
        <w:t>Б) Компьютер</w:t>
        <w:br/>
        <w:t>В) Формула</w:t>
        <w:br/>
        <w:t>Г) Учитель</w:t>
      </w:r>
    </w:p>
    <w:p>
      <w:r>
        <w:rPr>
          <w:b/>
        </w:rPr>
        <w:t>7. Какое слово относится к профессионализмам?</w:t>
      </w:r>
    </w:p>
    <w:p>
      <w:r>
        <w:t>А) Скальпель</w:t>
        <w:br/>
        <w:t>Б) Дом</w:t>
        <w:br/>
        <w:t>В) Лес</w:t>
        <w:br/>
        <w:t>Г) Книга</w:t>
      </w:r>
    </w:p>
    <w:p>
      <w:r>
        <w:rPr>
          <w:b/>
        </w:rPr>
        <w:t>8. Какое слово является термином?</w:t>
      </w:r>
    </w:p>
    <w:p>
      <w:r>
        <w:t>А) Фотосинтез</w:t>
        <w:br/>
        <w:t>Б) Прикольно</w:t>
        <w:br/>
        <w:t>В) Картошка</w:t>
        <w:br/>
        <w:t>Г) Речка</w:t>
      </w:r>
    </w:p>
    <w:p>
      <w:r>
        <w:rPr>
          <w:b/>
        </w:rPr>
        <w:t>9. Какое слово является жаргонизмом?</w:t>
      </w:r>
    </w:p>
    <w:p>
      <w:r>
        <w:t>А) Классно</w:t>
        <w:br/>
        <w:t>Б) Квадрат</w:t>
        <w:br/>
        <w:t>В) Глагол</w:t>
        <w:br/>
        <w:t>Г) Берёза</w:t>
      </w:r>
    </w:p>
    <w:p>
      <w:r>
        <w:rPr>
          <w:b/>
        </w:rPr>
        <w:t>10. Где чаще всего употребляются термины?</w:t>
      </w:r>
    </w:p>
    <w:p>
      <w:r>
        <w:t>А) В научной литературе</w:t>
        <w:br/>
        <w:t>Б) В сказках</w:t>
        <w:br/>
        <w:t>В) В пословицах</w:t>
        <w:br/>
        <w:t>Г) В загадках</w:t>
      </w:r>
    </w:p>
    <w:p>
      <w:r>
        <w:rPr>
          <w:b/>
        </w:rPr>
        <w:t>11. Какое слово относится к общеупотребительной лексике?</w:t>
      </w:r>
    </w:p>
    <w:p>
      <w:r>
        <w:t>А) Стол</w:t>
        <w:br/>
        <w:t>Б) Скальпель</w:t>
        <w:br/>
        <w:t>В) Бурак</w:t>
        <w:br/>
        <w:t>Г) Хайп</w:t>
      </w:r>
    </w:p>
    <w:p>
      <w:r>
        <w:rPr>
          <w:b/>
        </w:rPr>
        <w:t>12. Что объединяет профессионализмы?</w:t>
      </w:r>
    </w:p>
    <w:p>
      <w:r>
        <w:t>А) Принадлежность к одной профессии</w:t>
        <w:br/>
        <w:t>Б) Противоположное значение</w:t>
        <w:br/>
        <w:t>В) Иностранное происхождение</w:t>
        <w:br/>
        <w:t>Г) Устарелость</w:t>
      </w:r>
    </w:p>
    <w:p>
      <w:r>
        <w:rPr>
          <w:b/>
        </w:rPr>
        <w:t>13. Какое слово лишнее?</w:t>
      </w:r>
    </w:p>
    <w:p>
      <w:r>
        <w:t>А) Лайк</w:t>
        <w:br/>
        <w:t>Б) Хайп</w:t>
        <w:br/>
        <w:t>В) Кринж</w:t>
        <w:br/>
        <w:t>Г) Уравнение</w:t>
      </w:r>
    </w:p>
    <w:p>
      <w:r>
        <w:rPr>
          <w:b/>
        </w:rPr>
        <w:t>14. Какая группа слов используется всеми людьми?</w:t>
      </w:r>
    </w:p>
    <w:p>
      <w:r>
        <w:t>А) Общеупотребительные</w:t>
        <w:br/>
        <w:t>Б) Жаргонизмы</w:t>
        <w:br/>
        <w:t>В) Диалектизмы</w:t>
        <w:br/>
        <w:t>Г) Профессионализмы</w:t>
      </w:r>
    </w:p>
    <w:p>
      <w:r>
        <w:rPr>
          <w:b/>
        </w:rPr>
        <w:t>15. Какой раздел изучает употребление слов?</w:t>
      </w:r>
    </w:p>
    <w:p>
      <w:r>
        <w:t>А) Лексика</w:t>
        <w:br/>
        <w:t>Б) Фонетика</w:t>
        <w:br/>
        <w:t>В) Морфология</w:t>
        <w:br/>
        <w:t>Г) Синтаксис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