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Тест №4</w:t>
        <w:br/>
        <w:t>Неморфологический способ словообразования</w:t>
        <w:br/>
        <w:t>(8–9 классы)</w:t>
      </w:r>
    </w:p>
    <w:p>
      <w:r>
        <w:rPr>
          <w:b/>
        </w:rPr>
        <w:t>1. Что называется неморфологическим способом словообразования?</w:t>
        <w:br/>
      </w:r>
      <w:r>
        <w:t>А) Образование слов с помощью приставок и суффиксов.</w:t>
        <w:br/>
      </w:r>
      <w:r>
        <w:t>Б) Образование слов без присоединения новых морфем.</w:t>
        <w:br/>
      </w:r>
      <w:r>
        <w:t>В) Изменение окончания слова.</w:t>
        <w:br/>
      </w:r>
      <w:r>
        <w:t>Г) Изменение ударения.</w:t>
        <w:br/>
      </w:r>
    </w:p>
    <w:p>
      <w:r>
        <w:rPr>
          <w:b/>
        </w:rPr>
        <w:t>2. Какой способ относится к неморфологическим?</w:t>
        <w:br/>
      </w:r>
      <w:r>
        <w:t>А) Приставочный.</w:t>
        <w:br/>
      </w:r>
      <w:r>
        <w:t>Б) Суффиксальный.</w:t>
        <w:br/>
      </w:r>
      <w:r>
        <w:t>В) Лексико-семантический.</w:t>
        <w:br/>
      </w:r>
      <w:r>
        <w:t>Г) Приставочно-суффиксальный.</w:t>
        <w:br/>
      </w:r>
    </w:p>
    <w:p>
      <w:r>
        <w:rPr>
          <w:b/>
        </w:rPr>
        <w:t>3. Как называется способ, при котором слово приобретает новое значение?</w:t>
        <w:br/>
      </w:r>
      <w:r>
        <w:t>А) Морфологический.</w:t>
        <w:br/>
      </w:r>
      <w:r>
        <w:t>Б) Лексико-семантический.</w:t>
        <w:br/>
      </w:r>
      <w:r>
        <w:t>В) Суффиксальный.</w:t>
        <w:br/>
      </w:r>
      <w:r>
        <w:t>Г) Приставочный.</w:t>
        <w:br/>
      </w:r>
    </w:p>
    <w:p>
      <w:r>
        <w:rPr>
          <w:b/>
        </w:rPr>
        <w:t>4. В каком слове произошло изменение значения без изменения формы?</w:t>
        <w:br/>
      </w:r>
      <w:r>
        <w:t>А) Ключ (родник — инструмент).</w:t>
        <w:br/>
      </w:r>
      <w:r>
        <w:t>Б) Подписать.</w:t>
        <w:br/>
      </w:r>
      <w:r>
        <w:t>В) Домик.</w:t>
        <w:br/>
      </w:r>
      <w:r>
        <w:t>Г) Лесник.</w:t>
        <w:br/>
      </w:r>
    </w:p>
    <w:p>
      <w:r>
        <w:rPr>
          <w:b/>
        </w:rPr>
        <w:t>5. Как называется способ, при котором сочетание слов превращается в одно слово?</w:t>
        <w:br/>
      </w:r>
      <w:r>
        <w:t>А) Лексико-синтаксический.</w:t>
        <w:br/>
      </w:r>
      <w:r>
        <w:t>Б) Приставочный.</w:t>
        <w:br/>
      </w:r>
      <w:r>
        <w:t>В) Суффиксальный.</w:t>
        <w:br/>
      </w:r>
      <w:r>
        <w:t>Г) Бессуффиксный.</w:t>
        <w:br/>
      </w:r>
    </w:p>
    <w:p>
      <w:r>
        <w:rPr>
          <w:b/>
        </w:rPr>
        <w:t>6. Как называется способ, при котором слово переходит в другую часть речи?</w:t>
        <w:br/>
      </w:r>
      <w:r>
        <w:t>А) Морфологический.</w:t>
        <w:br/>
      </w:r>
      <w:r>
        <w:t>Б) Морфолого-синтаксический.</w:t>
        <w:br/>
      </w:r>
      <w:r>
        <w:t>В) Приставочный.</w:t>
        <w:br/>
      </w:r>
      <w:r>
        <w:t>Г) Суффиксальный.</w:t>
        <w:br/>
      </w:r>
    </w:p>
    <w:p>
      <w:r>
        <w:rPr>
          <w:b/>
        </w:rPr>
        <w:t>7. Какой пример иллюстрирует переход одной части речи в другую?</w:t>
        <w:br/>
      </w:r>
      <w:r>
        <w:t>А) Столовая.</w:t>
        <w:br/>
      </w:r>
      <w:r>
        <w:t>Б) Домик.</w:t>
        <w:br/>
      </w:r>
      <w:r>
        <w:t>В) Подлесок.</w:t>
        <w:br/>
      </w:r>
      <w:r>
        <w:t>Г) Переписать.</w:t>
        <w:br/>
      </w:r>
    </w:p>
    <w:p>
      <w:r>
        <w:rPr>
          <w:b/>
        </w:rPr>
        <w:t>8. Какой способ НЕ относится к неморфологическим?</w:t>
        <w:br/>
      </w:r>
      <w:r>
        <w:t>А) Лексико-семантический.</w:t>
        <w:br/>
      </w:r>
      <w:r>
        <w:t>Б) Морфолого-синтаксический.</w:t>
        <w:br/>
      </w:r>
      <w:r>
        <w:t>В) Лексико-синтаксический.</w:t>
        <w:br/>
      </w:r>
      <w:r>
        <w:t>Г) Суффиксальный.</w:t>
        <w:br/>
      </w:r>
    </w:p>
    <w:p>
      <w:r>
        <w:rPr>
          <w:b/>
        </w:rPr>
        <w:t>9. Что происходит при лексико-семантическом способе?</w:t>
        <w:br/>
      </w:r>
      <w:r>
        <w:t>А) Добавляется суффикс.</w:t>
        <w:br/>
      </w:r>
      <w:r>
        <w:t>Б) Изменяется значение слова.</w:t>
        <w:br/>
      </w:r>
      <w:r>
        <w:t>В) Добавляется приставка.</w:t>
        <w:br/>
      </w:r>
      <w:r>
        <w:t>Г) Меняется окончание.</w:t>
        <w:br/>
      </w:r>
    </w:p>
    <w:p>
      <w:r>
        <w:rPr>
          <w:b/>
        </w:rPr>
        <w:t>10. Какое слово является примером лексико-семантического способа?</w:t>
        <w:br/>
      </w:r>
      <w:r>
        <w:t>А) Лук (оружие — растение).</w:t>
        <w:br/>
      </w:r>
      <w:r>
        <w:t>Б) Подземный.</w:t>
        <w:br/>
      </w:r>
      <w:r>
        <w:t>В) Учитель.</w:t>
        <w:br/>
      </w:r>
      <w:r>
        <w:t>Г) Лесной.</w:t>
        <w:br/>
      </w:r>
    </w:p>
    <w:p>
      <w:r>
        <w:rPr>
          <w:b/>
        </w:rPr>
        <w:t>11. Какое слово образовано морфолого-синтаксическим способом?</w:t>
        <w:br/>
      </w:r>
      <w:r>
        <w:t>А) Дежурный.</w:t>
        <w:br/>
      </w:r>
      <w:r>
        <w:t>Б) Подписать.</w:t>
        <w:br/>
      </w:r>
      <w:r>
        <w:t>В) Пароход.</w:t>
        <w:br/>
      </w:r>
      <w:r>
        <w:t>Г) Домик.</w:t>
        <w:br/>
      </w:r>
    </w:p>
    <w:p>
      <w:r>
        <w:rPr>
          <w:b/>
        </w:rPr>
        <w:t>12. Какое слово образовано из сочетания слов?</w:t>
        <w:br/>
      </w:r>
      <w:r>
        <w:t>А) Сегодня.</w:t>
        <w:br/>
      </w:r>
      <w:r>
        <w:t>Б) Учитель.</w:t>
        <w:br/>
      </w:r>
      <w:r>
        <w:t>В) Домовой.</w:t>
        <w:br/>
      </w:r>
      <w:r>
        <w:t>Г) Переписать.</w:t>
        <w:br/>
      </w:r>
    </w:p>
    <w:p>
      <w:r>
        <w:rPr>
          <w:b/>
        </w:rPr>
        <w:t>13. Сколько основных неморфологических способов изучают в школе?</w:t>
        <w:br/>
      </w:r>
      <w:r>
        <w:t>А) Два.</w:t>
        <w:br/>
      </w:r>
      <w:r>
        <w:t>Б) Три.</w:t>
        <w:br/>
      </w:r>
      <w:r>
        <w:t>В) Четыре.</w:t>
        <w:br/>
      </w:r>
      <w:r>
        <w:t>Г) Пять.</w:t>
        <w:br/>
      </w:r>
    </w:p>
    <w:p>
      <w:r>
        <w:rPr>
          <w:b/>
        </w:rPr>
        <w:t>14. Что общего у всех неморфологических способов?</w:t>
        <w:br/>
      </w:r>
      <w:r>
        <w:t>А) Используются приставки.</w:t>
        <w:br/>
      </w:r>
      <w:r>
        <w:t>Б) Используются суффиксы.</w:t>
        <w:br/>
      </w:r>
      <w:r>
        <w:t>В) Новые слова образуются без присоединения новых морфем.</w:t>
        <w:br/>
      </w:r>
      <w:r>
        <w:t>Г) Меняется окончание.</w:t>
        <w:br/>
      </w:r>
    </w:p>
    <w:p>
      <w:r>
        <w:rPr>
          <w:b/>
        </w:rPr>
        <w:t>15. Какой ряд состоит только из неморфологических способов?</w:t>
        <w:br/>
      </w:r>
      <w:r>
        <w:t>А) Приставочный, суффиксальный, сложение.</w:t>
        <w:br/>
      </w:r>
      <w:r>
        <w:t>Б) Лексико-семантический, морфолого-синтаксический, лексико-синтаксический.</w:t>
        <w:br/>
      </w:r>
      <w:r>
        <w:t>В) Суффиксальный, приставочный, бессуффиксный.</w:t>
        <w:br/>
      </w:r>
      <w:r>
        <w:t>Г) Приставочный, сложение, приставочно-суффиксальный.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