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№5 по теме «Лексика по происхождению»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Что изучает лексика по происхождению?</w:t>
      </w:r>
    </w:p>
    <w:p>
      <w:r>
        <w:t>А) Происхождение слов</w:t>
        <w:br/>
        <w:t>Б) Части речи</w:t>
        <w:br/>
        <w:t>В) Звуки речи</w:t>
        <w:br/>
        <w:t>Г) Предложения</w:t>
      </w:r>
    </w:p>
    <w:p>
      <w:r>
        <w:rPr>
          <w:b/>
        </w:rPr>
        <w:t>2. Заимствованные слова — это...</w:t>
      </w:r>
    </w:p>
    <w:p>
      <w:r>
        <w:t>А) Слова, пришедшие из других языков</w:t>
        <w:br/>
        <w:t>Б) Устаревшие слова</w:t>
        <w:br/>
        <w:t>В) Диалектные слова</w:t>
        <w:br/>
        <w:t>Г) Фразеологизмы</w:t>
      </w:r>
    </w:p>
    <w:p>
      <w:r>
        <w:rPr>
          <w:b/>
        </w:rPr>
        <w:t>3. Неологизмы — это...</w:t>
      </w:r>
    </w:p>
    <w:p>
      <w:r>
        <w:t>А) Новые слова</w:t>
        <w:br/>
        <w:t>Б) Древние слова</w:t>
        <w:br/>
        <w:t>В) Научные термины</w:t>
        <w:br/>
        <w:t>Г) Диалектизмы</w:t>
      </w:r>
    </w:p>
    <w:p>
      <w:r>
        <w:rPr>
          <w:b/>
        </w:rPr>
        <w:t>4. Какое слово является заимствованным?</w:t>
      </w:r>
    </w:p>
    <w:p>
      <w:r>
        <w:t>А) Компьютер</w:t>
        <w:br/>
        <w:t>Б) Берёза</w:t>
        <w:br/>
        <w:t>В) Река</w:t>
        <w:br/>
        <w:t>Г) Лес</w:t>
      </w:r>
    </w:p>
    <w:p>
      <w:r>
        <w:rPr>
          <w:b/>
        </w:rPr>
        <w:t>5. Какое слово является неологизмом?</w:t>
      </w:r>
    </w:p>
    <w:p>
      <w:r>
        <w:t>А) Блогер</w:t>
        <w:br/>
        <w:t>Б) Изба</w:t>
        <w:br/>
        <w:t>В) Кольчуга</w:t>
        <w:br/>
        <w:t>Г) Перст</w:t>
      </w:r>
    </w:p>
    <w:p>
      <w:r>
        <w:rPr>
          <w:b/>
        </w:rPr>
        <w:t>6. Почему появляются неологизмы?</w:t>
      </w:r>
    </w:p>
    <w:p>
      <w:r>
        <w:t>А) Из-за развития науки, техники и общества</w:t>
        <w:br/>
        <w:t>Б) Случайно</w:t>
        <w:br/>
        <w:t>В) Только в литературе</w:t>
        <w:br/>
        <w:t>Г) Только в разговорной речи</w:t>
      </w:r>
    </w:p>
    <w:p>
      <w:r>
        <w:rPr>
          <w:b/>
        </w:rPr>
        <w:t>7. Из какого языка пришло слово «футбол»?</w:t>
      </w:r>
    </w:p>
    <w:p>
      <w:r>
        <w:t>А) Английского</w:t>
        <w:br/>
        <w:t>Б) Русского</w:t>
        <w:br/>
        <w:t>В) Латинского</w:t>
        <w:br/>
        <w:t>Г) Древнерусского</w:t>
      </w:r>
    </w:p>
    <w:p>
      <w:r>
        <w:rPr>
          <w:b/>
        </w:rPr>
        <w:t>8. Какое слово НЕ является заимствованным?</w:t>
      </w:r>
    </w:p>
    <w:p>
      <w:r>
        <w:t>А) Самовар</w:t>
        <w:br/>
        <w:t>Б) Менеджер</w:t>
        <w:br/>
        <w:t>В) Принтер</w:t>
        <w:br/>
        <w:t>Г) Смартфон</w:t>
      </w:r>
    </w:p>
    <w:p>
      <w:r>
        <w:rPr>
          <w:b/>
        </w:rPr>
        <w:t>9. Какое слово относится к современным неологизмам?</w:t>
      </w:r>
    </w:p>
    <w:p>
      <w:r>
        <w:t>А) Подкаст</w:t>
        <w:br/>
        <w:t>Б) Боярин</w:t>
        <w:br/>
        <w:t>В) Перст</w:t>
        <w:br/>
        <w:t>Г) Чело</w:t>
      </w:r>
    </w:p>
    <w:p>
      <w:r>
        <w:rPr>
          <w:b/>
        </w:rPr>
        <w:t>10. Где чаще всего появляются новые слова?</w:t>
      </w:r>
    </w:p>
    <w:p>
      <w:r>
        <w:t>А) В науке, технике и интернете</w:t>
        <w:br/>
        <w:t>Б) Только в сказках</w:t>
        <w:br/>
        <w:t>В) Только в музеях</w:t>
        <w:br/>
        <w:t>Г) Только в словарях</w:t>
      </w:r>
    </w:p>
    <w:p>
      <w:r>
        <w:rPr>
          <w:b/>
        </w:rPr>
        <w:t>11. Какое слово лишнее?</w:t>
      </w:r>
    </w:p>
    <w:p>
      <w:r>
        <w:t>А) Смартфон</w:t>
        <w:br/>
        <w:t>Б) Блогер</w:t>
        <w:br/>
        <w:t>В) Подкаст</w:t>
        <w:br/>
        <w:t>Г) Лапоть</w:t>
      </w:r>
    </w:p>
    <w:p>
      <w:r>
        <w:rPr>
          <w:b/>
        </w:rPr>
        <w:t>12. Какое слово является заимствованным?</w:t>
      </w:r>
    </w:p>
    <w:p>
      <w:r>
        <w:t>А) Маркетинг</w:t>
        <w:br/>
        <w:t>Б) Поле</w:t>
        <w:br/>
        <w:t>В) Дерево</w:t>
        <w:br/>
        <w:t>Г) Снег</w:t>
      </w:r>
    </w:p>
    <w:p>
      <w:r>
        <w:rPr>
          <w:b/>
        </w:rPr>
        <w:t>13. Что происходит с удачными неологизмами?</w:t>
      </w:r>
    </w:p>
    <w:p>
      <w:r>
        <w:t>А) Они входят в словарный состав языка</w:t>
        <w:br/>
        <w:t>Б) Сразу исчезают</w:t>
        <w:br/>
        <w:t>В) Запрещаются</w:t>
        <w:br/>
        <w:t>Г) Становятся историзмами</w:t>
      </w:r>
    </w:p>
    <w:p>
      <w:r>
        <w:rPr>
          <w:b/>
        </w:rPr>
        <w:t>14. Какой словарь помогает узнать происхождение слова?</w:t>
      </w:r>
    </w:p>
    <w:p>
      <w:r>
        <w:t>А) Этимологический</w:t>
        <w:br/>
        <w:t>Б) Орфографический</w:t>
        <w:br/>
        <w:t>В) Орфоэпический</w:t>
        <w:br/>
        <w:t>Г) Фразеологический</w:t>
      </w:r>
    </w:p>
    <w:p>
      <w:r>
        <w:rPr>
          <w:b/>
        </w:rPr>
        <w:t>15. Какая пара состоит из неологизмов?</w:t>
      </w:r>
    </w:p>
    <w:p>
      <w:r>
        <w:t>А) Блогер — подкаст</w:t>
        <w:br/>
        <w:t>Б) Изба — терем</w:t>
        <w:br/>
        <w:t>В) Перст — чело</w:t>
        <w:br/>
        <w:t>Г) Боярин — кольчуга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