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Тест №5</w:t>
        <w:br/>
        <w:t>Способы образования слов</w:t>
        <w:br/>
        <w:t>(8–9 классы)</w:t>
      </w:r>
    </w:p>
    <w:p>
      <w:r>
        <w:rPr>
          <w:b/>
        </w:rPr>
        <w:t>1. Сколько основных способов образования слов изучают в школе?</w:t>
        <w:br/>
      </w:r>
      <w:r>
        <w:t>А) 3</w:t>
        <w:br/>
      </w:r>
      <w:r>
        <w:t>Б) 5</w:t>
        <w:br/>
      </w:r>
      <w:r>
        <w:t>В) 7</w:t>
        <w:br/>
      </w:r>
      <w:r>
        <w:t>Г) 9</w:t>
        <w:br/>
      </w:r>
    </w:p>
    <w:p>
      <w:r>
        <w:rPr>
          <w:b/>
        </w:rPr>
        <w:t>2. Какой способ образует слово с помощью приставки?</w:t>
        <w:br/>
      </w:r>
      <w:r>
        <w:t>А) Суффиксальный</w:t>
        <w:br/>
      </w:r>
      <w:r>
        <w:t>Б) Приставочный</w:t>
        <w:br/>
      </w:r>
      <w:r>
        <w:t>В) Бессуффиксный</w:t>
        <w:br/>
      </w:r>
      <w:r>
        <w:t>Г) Сложение</w:t>
        <w:br/>
      </w:r>
    </w:p>
    <w:p>
      <w:r>
        <w:rPr>
          <w:b/>
        </w:rPr>
        <w:t>3. Каким способом образовано слово «подбежать»?</w:t>
        <w:br/>
      </w:r>
      <w:r>
        <w:t>А) Приставочным</w:t>
        <w:br/>
      </w:r>
      <w:r>
        <w:t>Б) Суффиксальным</w:t>
        <w:br/>
      </w:r>
      <w:r>
        <w:t>В) Сложением</w:t>
        <w:br/>
      </w:r>
      <w:r>
        <w:t>Г) Бессуффиксным</w:t>
        <w:br/>
      </w:r>
    </w:p>
    <w:p>
      <w:r>
        <w:rPr>
          <w:b/>
        </w:rPr>
        <w:t>4. Каким способом образовано слово «лесник»?</w:t>
        <w:br/>
      </w:r>
      <w:r>
        <w:t>А) Приставочным</w:t>
        <w:br/>
      </w:r>
      <w:r>
        <w:t>Б) Суффиксальным</w:t>
        <w:br/>
      </w:r>
      <w:r>
        <w:t>В) Сложением</w:t>
        <w:br/>
      </w:r>
      <w:r>
        <w:t>Г) Неморфологическим</w:t>
        <w:br/>
      </w:r>
    </w:p>
    <w:p>
      <w:r>
        <w:rPr>
          <w:b/>
        </w:rPr>
        <w:t>5. Каким способом образовано слово «подснежник»?</w:t>
        <w:br/>
      </w:r>
      <w:r>
        <w:t>А) Приставочным</w:t>
        <w:br/>
      </w:r>
      <w:r>
        <w:t>Б) Суффиксальным</w:t>
        <w:br/>
      </w:r>
      <w:r>
        <w:t>В) Приставочно-суффиксальным</w:t>
        <w:br/>
      </w:r>
      <w:r>
        <w:t>Г) Бессуффиксным</w:t>
        <w:br/>
      </w:r>
    </w:p>
    <w:p>
      <w:r>
        <w:rPr>
          <w:b/>
        </w:rPr>
        <w:t>6. Как образовано слово «выход» (от «выходить»)?</w:t>
        <w:br/>
      </w:r>
      <w:r>
        <w:t>А) Бессуффиксным</w:t>
        <w:br/>
      </w:r>
      <w:r>
        <w:t>Б) Суффиксальным</w:t>
        <w:br/>
      </w:r>
      <w:r>
        <w:t>В) Приставочным</w:t>
        <w:br/>
      </w:r>
      <w:r>
        <w:t>Г) Сложением</w:t>
        <w:br/>
      </w:r>
    </w:p>
    <w:p>
      <w:r>
        <w:rPr>
          <w:b/>
        </w:rPr>
        <w:t>7. Как образовано слово «пароход»?</w:t>
        <w:br/>
      </w:r>
      <w:r>
        <w:t>А) Приставочным</w:t>
        <w:br/>
      </w:r>
      <w:r>
        <w:t>Б) Сложением основ</w:t>
        <w:br/>
      </w:r>
      <w:r>
        <w:t>В) Суффиксальным</w:t>
        <w:br/>
      </w:r>
      <w:r>
        <w:t>Г) Бессуффиксным</w:t>
        <w:br/>
      </w:r>
    </w:p>
    <w:p>
      <w:r>
        <w:rPr>
          <w:b/>
        </w:rPr>
        <w:t>8. Что используется при суффиксальном способе?</w:t>
        <w:br/>
      </w:r>
      <w:r>
        <w:t>А) Суффикс</w:t>
        <w:br/>
      </w:r>
      <w:r>
        <w:t>Б) Приставка</w:t>
        <w:br/>
      </w:r>
      <w:r>
        <w:t>В) Окончание</w:t>
        <w:br/>
      </w:r>
      <w:r>
        <w:t>Г) Предлог</w:t>
        <w:br/>
      </w:r>
    </w:p>
    <w:p>
      <w:r>
        <w:rPr>
          <w:b/>
        </w:rPr>
        <w:t>9. Что используется при приставочном способе?</w:t>
        <w:br/>
      </w:r>
      <w:r>
        <w:t>А) Корень</w:t>
        <w:br/>
      </w:r>
      <w:r>
        <w:t>Б) Приставка</w:t>
        <w:br/>
      </w:r>
      <w:r>
        <w:t>В) Суффикс</w:t>
        <w:br/>
      </w:r>
      <w:r>
        <w:t>Г) Окончание</w:t>
        <w:br/>
      </w:r>
    </w:p>
    <w:p>
      <w:r>
        <w:rPr>
          <w:b/>
        </w:rPr>
        <w:t>10. Какое слово образовано сложением основ?</w:t>
        <w:br/>
      </w:r>
      <w:r>
        <w:t>А) Лесостепь</w:t>
        <w:br/>
      </w:r>
      <w:r>
        <w:t>Б) Домик</w:t>
        <w:br/>
      </w:r>
      <w:r>
        <w:t>В) Подписать</w:t>
        <w:br/>
      </w:r>
      <w:r>
        <w:t>Г) Учитель</w:t>
        <w:br/>
      </w:r>
    </w:p>
    <w:p>
      <w:r>
        <w:rPr>
          <w:b/>
        </w:rPr>
        <w:t>11. Какое слово образовано приставочно-суффиксальным способом?</w:t>
        <w:br/>
      </w:r>
      <w:r>
        <w:t>А) Подоконник</w:t>
        <w:br/>
      </w:r>
      <w:r>
        <w:t>Б) Дом</w:t>
        <w:br/>
      </w:r>
      <w:r>
        <w:t>В) Выход</w:t>
        <w:br/>
      </w:r>
      <w:r>
        <w:t>Г) Лес</w:t>
        <w:br/>
      </w:r>
    </w:p>
    <w:p>
      <w:r>
        <w:rPr>
          <w:b/>
        </w:rPr>
        <w:t>12. Какое слово образовано суффиксальным способом?</w:t>
        <w:br/>
      </w:r>
      <w:r>
        <w:t>А) Берёзка</w:t>
        <w:br/>
      </w:r>
      <w:r>
        <w:t>Б) Забежать</w:t>
        <w:br/>
      </w:r>
      <w:r>
        <w:t>В) Пароход</w:t>
        <w:br/>
      </w:r>
      <w:r>
        <w:t>Г) Выход</w:t>
        <w:br/>
      </w:r>
    </w:p>
    <w:p>
      <w:r>
        <w:rPr>
          <w:b/>
        </w:rPr>
        <w:t>13. Какой способ НЕ относится к морфологическим?</w:t>
        <w:br/>
      </w:r>
      <w:r>
        <w:t>А) Приставочный</w:t>
        <w:br/>
      </w:r>
      <w:r>
        <w:t>Б) Суффиксальный</w:t>
        <w:br/>
      </w:r>
      <w:r>
        <w:t>В) Лексико-семантический</w:t>
        <w:br/>
      </w:r>
      <w:r>
        <w:t>Г) Сложение</w:t>
        <w:br/>
      </w:r>
    </w:p>
    <w:p>
      <w:r>
        <w:rPr>
          <w:b/>
        </w:rPr>
        <w:t>14. Как называется образование нового слова без добавления суффикса?</w:t>
        <w:br/>
      </w:r>
      <w:r>
        <w:t>А) Приставочный</w:t>
        <w:br/>
      </w:r>
      <w:r>
        <w:t>Б) Бессуффиксный</w:t>
        <w:br/>
      </w:r>
      <w:r>
        <w:t>В) Суффиксальный</w:t>
        <w:br/>
      </w:r>
      <w:r>
        <w:t>Г) Сложение</w:t>
        <w:br/>
      </w:r>
    </w:p>
    <w:p>
      <w:r>
        <w:rPr>
          <w:b/>
        </w:rPr>
        <w:t>15. Какой ряд состоит только из способов образования слов?</w:t>
        <w:br/>
      </w:r>
      <w:r>
        <w:t>А) Приставочный, суффиксальный, сложение</w:t>
        <w:br/>
      </w:r>
      <w:r>
        <w:t>Б) Окончание, предлог, союз</w:t>
        <w:br/>
      </w:r>
      <w:r>
        <w:t>В) Подлежащее, сказуемое, дополнение</w:t>
        <w:br/>
      </w:r>
      <w:r>
        <w:t>Г) Синонимы, антонимы, омонимы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