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Тест №6</w:t>
        <w:br/>
        <w:t>Словообразовательная цепочка</w:t>
      </w:r>
    </w:p>
    <w:p>
      <w:r>
        <w:rPr>
          <w:b/>
        </w:rPr>
        <w:t>1. Что называется словообразовательной цепочкой?</w:t>
        <w:br/>
      </w:r>
      <w:r>
        <w:t>А) Последовательность слов, образованных друг от друга.</w:t>
        <w:br/>
      </w:r>
      <w:r>
        <w:t>Б) Перечень однокоренных слов.</w:t>
        <w:br/>
      </w:r>
      <w:r>
        <w:t>В) Предложение с однокоренными словами.</w:t>
        <w:br/>
      </w:r>
      <w:r>
        <w:t>Г) Список морфем.</w:t>
        <w:br/>
      </w:r>
    </w:p>
    <w:p>
      <w:r>
        <w:rPr>
          <w:b/>
        </w:rPr>
        <w:t>2. С чего начинается словообразовательная цепочка?</w:t>
        <w:br/>
      </w:r>
      <w:r>
        <w:t>А) С производного слова.</w:t>
        <w:br/>
      </w:r>
      <w:r>
        <w:t>Б) С исходного (непроизводного) слова.</w:t>
        <w:br/>
      </w:r>
      <w:r>
        <w:t>В) С приставки.</w:t>
        <w:br/>
      </w:r>
      <w:r>
        <w:t>Г) С суффикса.</w:t>
        <w:br/>
      </w:r>
    </w:p>
    <w:p>
      <w:r>
        <w:rPr>
          <w:b/>
        </w:rPr>
        <w:t>3. Какое слово является исходным в цепочке: лес → лесной → лесник?</w:t>
        <w:br/>
      </w:r>
      <w:r>
        <w:t>А) Лесной</w:t>
        <w:br/>
      </w:r>
      <w:r>
        <w:t>Б) Лесник</w:t>
        <w:br/>
      </w:r>
      <w:r>
        <w:t>В) Лес</w:t>
        <w:br/>
      </w:r>
      <w:r>
        <w:t>Г) Лесничий</w:t>
        <w:br/>
      </w:r>
    </w:p>
    <w:p>
      <w:r>
        <w:rPr>
          <w:b/>
        </w:rPr>
        <w:t>4. Какое слово образовано от слова «лесной»?</w:t>
        <w:br/>
      </w:r>
      <w:r>
        <w:t>А) Лес</w:t>
        <w:br/>
      </w:r>
      <w:r>
        <w:t>Б) Лесник</w:t>
        <w:br/>
      </w:r>
      <w:r>
        <w:t>В) Леса</w:t>
        <w:br/>
      </w:r>
      <w:r>
        <w:t>Г) Лесок</w:t>
        <w:br/>
      </w:r>
    </w:p>
    <w:p>
      <w:r>
        <w:rPr>
          <w:b/>
        </w:rPr>
        <w:t>5. Какое слово лишнее в цепочке: вода → водный → подводный → водяной?</w:t>
        <w:br/>
      </w:r>
      <w:r>
        <w:t>А) Вода</w:t>
        <w:br/>
      </w:r>
      <w:r>
        <w:t>Б) Водный</w:t>
        <w:br/>
      </w:r>
      <w:r>
        <w:t>В) Подводный</w:t>
        <w:br/>
      </w:r>
      <w:r>
        <w:t>Г) Водяной</w:t>
        <w:br/>
      </w:r>
    </w:p>
    <w:p>
      <w:r>
        <w:rPr>
          <w:b/>
        </w:rPr>
        <w:t>6. Сколько производящих слов имеет каждое слово в цепочке?</w:t>
        <w:br/>
      </w:r>
      <w:r>
        <w:t>А) Одно</w:t>
        <w:br/>
      </w:r>
      <w:r>
        <w:t>Б) Два</w:t>
        <w:br/>
      </w:r>
      <w:r>
        <w:t>В) Три</w:t>
        <w:br/>
      </w:r>
      <w:r>
        <w:t>Г) Любое количество</w:t>
        <w:br/>
      </w:r>
    </w:p>
    <w:p>
      <w:r>
        <w:rPr>
          <w:b/>
        </w:rPr>
        <w:t>7. Как связаны слова в словообразовательной цепочке?</w:t>
        <w:br/>
      </w:r>
      <w:r>
        <w:t>А) По смыслу и способу образования.</w:t>
        <w:br/>
      </w:r>
      <w:r>
        <w:t>Б) Только по написанию.</w:t>
        <w:br/>
      </w:r>
      <w:r>
        <w:t>В) Только по звучанию.</w:t>
        <w:br/>
      </w:r>
      <w:r>
        <w:t>Г) По окончанию.</w:t>
        <w:br/>
      </w:r>
    </w:p>
    <w:p>
      <w:r>
        <w:rPr>
          <w:b/>
        </w:rPr>
        <w:t>8. Какая цепочка построена правильно?</w:t>
        <w:br/>
      </w:r>
      <w:r>
        <w:t>А) Дом → домик → домашний</w:t>
        <w:br/>
      </w:r>
      <w:r>
        <w:t>Б) Домик → дом → домашний</w:t>
        <w:br/>
      </w:r>
      <w:r>
        <w:t>В) Домашний → дом → домик</w:t>
        <w:br/>
      </w:r>
      <w:r>
        <w:t>Г) Дом → домашний → дом</w:t>
        <w:br/>
      </w:r>
    </w:p>
    <w:p>
      <w:r>
        <w:rPr>
          <w:b/>
        </w:rPr>
        <w:t>9. Что помогает установить последовательность слов в цепочке?</w:t>
        <w:br/>
      </w:r>
      <w:r>
        <w:t>А) Производящее слово.</w:t>
        <w:br/>
      </w:r>
      <w:r>
        <w:t>Б) Ударение.</w:t>
        <w:br/>
      </w:r>
      <w:r>
        <w:t>В) Часть речи.</w:t>
        <w:br/>
      </w:r>
      <w:r>
        <w:t>Г) Окончание.</w:t>
        <w:br/>
      </w:r>
    </w:p>
    <w:p>
      <w:r>
        <w:rPr>
          <w:b/>
        </w:rPr>
        <w:t>10. Какое слово является конечным в цепочке: снег → снежный → подснежник?</w:t>
        <w:br/>
      </w:r>
      <w:r>
        <w:t>А) Снег</w:t>
        <w:br/>
      </w:r>
      <w:r>
        <w:t>Б) Снежный</w:t>
        <w:br/>
      </w:r>
      <w:r>
        <w:t>В) Подснежник</w:t>
        <w:br/>
      </w:r>
      <w:r>
        <w:t>Г) Под снегом</w:t>
        <w:br/>
      </w:r>
    </w:p>
    <w:p>
      <w:r>
        <w:rPr>
          <w:b/>
        </w:rPr>
        <w:t>11. Для чего строят словообразовательную цепочку?</w:t>
        <w:br/>
      </w:r>
      <w:r>
        <w:t>А) Чтобы определить происхождение слова.</w:t>
        <w:br/>
      </w:r>
      <w:r>
        <w:t>Б) Чтобы найти окончание.</w:t>
        <w:br/>
      </w:r>
      <w:r>
        <w:t>В) Чтобы определить падеж.</w:t>
        <w:br/>
      </w:r>
      <w:r>
        <w:t>Г) Чтобы найти подлежащее.</w:t>
        <w:br/>
      </w:r>
    </w:p>
    <w:p>
      <w:r>
        <w:rPr>
          <w:b/>
        </w:rPr>
        <w:t>12. Какое слово является производным?</w:t>
        <w:br/>
      </w:r>
      <w:r>
        <w:t>А) То, которое образовано от другого слова.</w:t>
        <w:br/>
      </w:r>
      <w:r>
        <w:t>Б) Любое существительное.</w:t>
        <w:br/>
      </w:r>
      <w:r>
        <w:t>В) Любое прилагательное.</w:t>
        <w:br/>
      </w:r>
      <w:r>
        <w:t>Г) Любое новое слово.</w:t>
        <w:br/>
      </w:r>
    </w:p>
    <w:p>
      <w:r>
        <w:rPr>
          <w:b/>
        </w:rPr>
        <w:t>13. Какое слово является производящим для слова «подводный»?</w:t>
        <w:br/>
      </w:r>
      <w:r>
        <w:t>А) Вода</w:t>
        <w:br/>
      </w:r>
      <w:r>
        <w:t>Б) Водный</w:t>
        <w:br/>
      </w:r>
      <w:r>
        <w:t>В) Подводник</w:t>
        <w:br/>
      </w:r>
      <w:r>
        <w:t>Г) Водить</w:t>
        <w:br/>
      </w:r>
    </w:p>
    <w:p>
      <w:r>
        <w:rPr>
          <w:b/>
        </w:rPr>
        <w:t>14. Что необходимо определить первым при построении цепочки?</w:t>
        <w:br/>
      </w:r>
      <w:r>
        <w:t>А) Исходное слово.</w:t>
        <w:br/>
      </w:r>
      <w:r>
        <w:t>Б) Окончание.</w:t>
        <w:br/>
      </w:r>
      <w:r>
        <w:t>В) Ударение.</w:t>
        <w:br/>
      </w:r>
      <w:r>
        <w:t>Г) Часть речи.</w:t>
        <w:br/>
      </w:r>
    </w:p>
    <w:p>
      <w:r>
        <w:rPr>
          <w:b/>
        </w:rPr>
        <w:t>15. Какой признак отличает правильную словообразовательную цепочку?</w:t>
        <w:br/>
      </w:r>
      <w:r>
        <w:t>А) Каждое следующее слово образовано от предыдущего.</w:t>
        <w:br/>
      </w:r>
      <w:r>
        <w:t>Б) Все слова одной части речи.</w:t>
        <w:br/>
      </w:r>
      <w:r>
        <w:t>В) Все слова имеют одинаковое окончание.</w:t>
        <w:br/>
      </w:r>
      <w:r>
        <w:t>Г) Все слова одинаковой длины.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