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Тест №6 по теме «Устаревшие слова»</w:t>
      </w:r>
    </w:p>
    <w:p>
      <w:r>
        <w:t>7–8 класс</w:t>
        <w:br/>
        <w:br/>
        <w:t>Ф.И. ____________________________   Класс ______   Дата __________</w:t>
        <w:br/>
      </w:r>
    </w:p>
    <w:p>
      <w:r>
        <w:t>Выберите один правильный ответ.</w:t>
        <w:br/>
      </w:r>
    </w:p>
    <w:p>
      <w:r>
        <w:rPr>
          <w:b/>
        </w:rPr>
        <w:t>1. Какие слова называются устаревшими?</w:t>
      </w:r>
    </w:p>
    <w:p>
      <w:r>
        <w:t>А) Вышедшие из активного употребления</w:t>
        <w:br/>
        <w:t>Б) Только научные слова</w:t>
        <w:br/>
        <w:t>В) Новые слова</w:t>
        <w:br/>
        <w:t>Г) Заимствованные слова</w:t>
      </w:r>
    </w:p>
    <w:p>
      <w:r>
        <w:rPr>
          <w:b/>
        </w:rPr>
        <w:t>2. Какие виды устаревших слов существуют?</w:t>
      </w:r>
    </w:p>
    <w:p>
      <w:r>
        <w:t>А) Историзмы и архаизмы</w:t>
        <w:br/>
        <w:t>Б) Неологизмы и термины</w:t>
        <w:br/>
        <w:t>В) Жаргонизмы и диалектизмы</w:t>
        <w:br/>
        <w:t>Г) Синонимы и антонимы</w:t>
      </w:r>
    </w:p>
    <w:p>
      <w:r>
        <w:rPr>
          <w:b/>
        </w:rPr>
        <w:t>3. Историзмы — это...</w:t>
      </w:r>
    </w:p>
    <w:p>
      <w:r>
        <w:t>А) Названия исчезнувших предметов и явлений</w:t>
        <w:br/>
        <w:t>Б) Новые слова</w:t>
        <w:br/>
        <w:t>В) Слова, заменённые современными</w:t>
        <w:br/>
        <w:t>Г) Иностранные слова</w:t>
      </w:r>
    </w:p>
    <w:p>
      <w:r>
        <w:rPr>
          <w:b/>
        </w:rPr>
        <w:t>4. Архаизмы — это...</w:t>
      </w:r>
    </w:p>
    <w:p>
      <w:r>
        <w:t>А) Старые названия современных предметов и понятий</w:t>
        <w:br/>
        <w:t>Б) Научные термины</w:t>
        <w:br/>
        <w:t>В) Диалектные слова</w:t>
        <w:br/>
        <w:t>Г) Жаргонные слова</w:t>
      </w:r>
    </w:p>
    <w:p>
      <w:r>
        <w:rPr>
          <w:b/>
        </w:rPr>
        <w:t>5. Какое слово является историзмом?</w:t>
      </w:r>
    </w:p>
    <w:p>
      <w:r>
        <w:t>А) Кольчуга</w:t>
        <w:br/>
        <w:t>Б) Лицо</w:t>
        <w:br/>
        <w:t>В) Палец</w:t>
        <w:br/>
        <w:t>Г) Глаза</w:t>
      </w:r>
    </w:p>
    <w:p>
      <w:r>
        <w:rPr>
          <w:b/>
        </w:rPr>
        <w:t>6. Какое слово является архаизмом?</w:t>
      </w:r>
    </w:p>
    <w:p>
      <w:r>
        <w:t>А) Перст</w:t>
        <w:br/>
        <w:t>Б) Телефон</w:t>
        <w:br/>
        <w:t>В) Компьютер</w:t>
        <w:br/>
        <w:t>Г) Смартфон</w:t>
      </w:r>
    </w:p>
    <w:p>
      <w:r>
        <w:rPr>
          <w:b/>
        </w:rPr>
        <w:t>7. Что означает слово «чело»?</w:t>
      </w:r>
    </w:p>
    <w:p>
      <w:r>
        <w:t>А) Лоб</w:t>
        <w:br/>
        <w:t>Б) Голова</w:t>
        <w:br/>
        <w:t>В) Волосы</w:t>
        <w:br/>
        <w:t>Г) Лицо</w:t>
      </w:r>
    </w:p>
    <w:p>
      <w:r>
        <w:rPr>
          <w:b/>
        </w:rPr>
        <w:t>8. Какое слово относится к историзмам?</w:t>
      </w:r>
    </w:p>
    <w:p>
      <w:r>
        <w:t>А) Боярин</w:t>
        <w:br/>
        <w:t>Б) Учитель</w:t>
        <w:br/>
        <w:t>В) Врач</w:t>
        <w:br/>
        <w:t>Г) Школьник</w:t>
      </w:r>
    </w:p>
    <w:p>
      <w:r>
        <w:rPr>
          <w:b/>
        </w:rPr>
        <w:t>9. Какое слово относится к архаизмам?</w:t>
      </w:r>
    </w:p>
    <w:p>
      <w:r>
        <w:t>А) Уста</w:t>
        <w:br/>
        <w:t>Б) Губы</w:t>
        <w:br/>
        <w:t>В) Нос</w:t>
        <w:br/>
        <w:t>Г) Щёки</w:t>
      </w:r>
    </w:p>
    <w:p>
      <w:r>
        <w:rPr>
          <w:b/>
        </w:rPr>
        <w:t>10. Где чаще всего встречаются устаревшие слова?</w:t>
      </w:r>
    </w:p>
    <w:p>
      <w:r>
        <w:t>А) В художественной литературе и исторических произведениях</w:t>
        <w:br/>
        <w:t>Б) В инструкциях</w:t>
        <w:br/>
        <w:t>В) В рекламе</w:t>
        <w:br/>
        <w:t>Г) В расписании</w:t>
      </w:r>
    </w:p>
    <w:p>
      <w:r>
        <w:rPr>
          <w:b/>
        </w:rPr>
        <w:t>11. Какое слово лишнее?</w:t>
      </w:r>
    </w:p>
    <w:p>
      <w:r>
        <w:t>А) Перст</w:t>
        <w:br/>
        <w:t>Б) Чело</w:t>
        <w:br/>
        <w:t>В) Ланиты</w:t>
        <w:br/>
        <w:t>Г) Компьютер</w:t>
      </w:r>
    </w:p>
    <w:p>
      <w:r>
        <w:rPr>
          <w:b/>
        </w:rPr>
        <w:t>12. Для чего писатели используют устаревшие слова?</w:t>
      </w:r>
    </w:p>
    <w:p>
      <w:r>
        <w:t>А) Чтобы передать эпоху и создать исторический колорит</w:t>
        <w:br/>
        <w:t>Б) Чтобы сократить текст</w:t>
        <w:br/>
        <w:t>В) Чтобы заменить все современные слова</w:t>
        <w:br/>
        <w:t>Г) Чтобы сделать текст непонятным</w:t>
      </w:r>
    </w:p>
    <w:p>
      <w:r>
        <w:rPr>
          <w:b/>
        </w:rPr>
        <w:t>13. Какая пара состоит только из историзмов?</w:t>
      </w:r>
    </w:p>
    <w:p>
      <w:r>
        <w:t>А) Боярин — кольчуга</w:t>
        <w:br/>
        <w:t>Б) Перст — палец</w:t>
        <w:br/>
        <w:t>В) Чело — лоб</w:t>
        <w:br/>
        <w:t>Г) Уста — губы</w:t>
      </w:r>
    </w:p>
    <w:p>
      <w:r>
        <w:rPr>
          <w:b/>
        </w:rPr>
        <w:t>14. Какая пара состоит только из архаизмов?</w:t>
      </w:r>
    </w:p>
    <w:p>
      <w:r>
        <w:t>А) Перст — уста</w:t>
        <w:br/>
        <w:t>Б) Царь — князь</w:t>
        <w:br/>
        <w:t>В) Кольчуга — меч</w:t>
        <w:br/>
        <w:t>Г) Боярин — воевода</w:t>
      </w:r>
    </w:p>
    <w:p>
      <w:r>
        <w:rPr>
          <w:b/>
        </w:rPr>
        <w:t>15. Чем отличаются историзмы от архаизмов?</w:t>
      </w:r>
    </w:p>
    <w:p>
      <w:r>
        <w:t>А) Историзмы называют исчезнувшие предметы, архаизмы — старые названия современных предметов</w:t>
        <w:br/>
        <w:t>Б) Ничем не отличаются</w:t>
        <w:br/>
        <w:t>В) Историзмы — новые слова</w:t>
        <w:br/>
        <w:t>Г) Архаизмы употребляются только в науке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