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Тест №7</w:t>
        <w:br/>
        <w:t>Словообразовательный разбор</w:t>
      </w:r>
    </w:p>
    <w:p>
      <w:r>
        <w:rPr>
          <w:b/>
        </w:rPr>
        <w:t>1. Что такое словообразовательный разбор?</w:t>
        <w:br/>
      </w:r>
      <w:r>
        <w:t>А) Определение способа образования слова.</w:t>
        <w:br/>
      </w:r>
      <w:r>
        <w:t>Б) Разбор предложения.</w:t>
        <w:br/>
      </w:r>
      <w:r>
        <w:t>В) Разбор по членам предложения.</w:t>
        <w:br/>
      </w:r>
      <w:r>
        <w:t>Г) Определение падежа.</w:t>
        <w:br/>
      </w:r>
    </w:p>
    <w:p>
      <w:r>
        <w:rPr>
          <w:b/>
        </w:rPr>
        <w:t>2. С чего начинают словообразовательный разбор?</w:t>
        <w:br/>
      </w:r>
      <w:r>
        <w:t>А) Определяют производящее слово.</w:t>
        <w:br/>
      </w:r>
      <w:r>
        <w:t>Б) Находят окончание.</w:t>
        <w:br/>
      </w:r>
      <w:r>
        <w:t>В) Определяют ударение.</w:t>
        <w:br/>
      </w:r>
      <w:r>
        <w:t>Г) Находят орфограмму.</w:t>
        <w:br/>
      </w:r>
    </w:p>
    <w:p>
      <w:r>
        <w:rPr>
          <w:b/>
        </w:rPr>
        <w:t>3. Как называется слово, от которого образовано другое слово?</w:t>
        <w:br/>
      </w:r>
      <w:r>
        <w:t>А) Производное.</w:t>
        <w:br/>
      </w:r>
      <w:r>
        <w:t>Б) Производящее.</w:t>
        <w:br/>
      </w:r>
      <w:r>
        <w:t>В) Исходное предложение.</w:t>
        <w:br/>
      </w:r>
      <w:r>
        <w:t>Г) Однокоренное.</w:t>
        <w:br/>
      </w:r>
    </w:p>
    <w:p>
      <w:r>
        <w:rPr>
          <w:b/>
        </w:rPr>
        <w:t>4. Что необходимо определить после производящего слова?</w:t>
        <w:br/>
      </w:r>
      <w:r>
        <w:t>А) Способ образования слова.</w:t>
        <w:br/>
      </w:r>
      <w:r>
        <w:t>Б) Падеж.</w:t>
        <w:br/>
      </w:r>
      <w:r>
        <w:t>В) Род.</w:t>
        <w:br/>
      </w:r>
      <w:r>
        <w:t>Г) Спряжение.</w:t>
        <w:br/>
      </w:r>
    </w:p>
    <w:p>
      <w:r>
        <w:rPr>
          <w:b/>
        </w:rPr>
        <w:t>5. Какое слово является производящим для слова «лесник»?</w:t>
        <w:br/>
      </w:r>
      <w:r>
        <w:t>А) Лес.</w:t>
        <w:br/>
      </w:r>
      <w:r>
        <w:t>Б) Лесной.</w:t>
        <w:br/>
      </w:r>
      <w:r>
        <w:t>В) Лесник.</w:t>
        <w:br/>
      </w:r>
      <w:r>
        <w:t>Г) Лесок.</w:t>
        <w:br/>
      </w:r>
    </w:p>
    <w:p>
      <w:r>
        <w:rPr>
          <w:b/>
        </w:rPr>
        <w:t>6. Как образовано слово «подземный»?</w:t>
        <w:br/>
      </w:r>
      <w:r>
        <w:t>А) Приставочно-суффиксальным способом.</w:t>
        <w:br/>
      </w:r>
      <w:r>
        <w:t>Б) Суффиксальным.</w:t>
        <w:br/>
      </w:r>
      <w:r>
        <w:t>В) Приставочным.</w:t>
        <w:br/>
      </w:r>
      <w:r>
        <w:t>Г) Бессуффиксным.</w:t>
        <w:br/>
      </w:r>
    </w:p>
    <w:p>
      <w:r>
        <w:rPr>
          <w:b/>
        </w:rPr>
        <w:t>7. Какой способ образования имеет слово «домик»?</w:t>
        <w:br/>
      </w:r>
      <w:r>
        <w:t>А) Суффиксальный.</w:t>
        <w:br/>
      </w:r>
      <w:r>
        <w:t>Б) Приставочный.</w:t>
        <w:br/>
      </w:r>
      <w:r>
        <w:t>В) Сложение.</w:t>
        <w:br/>
      </w:r>
      <w:r>
        <w:t>Г) Бессуффиксный.</w:t>
        <w:br/>
      </w:r>
    </w:p>
    <w:p>
      <w:r>
        <w:rPr>
          <w:b/>
        </w:rPr>
        <w:t>8. Что указывают в конце словообразовательного разбора?</w:t>
        <w:br/>
      </w:r>
      <w:r>
        <w:t>А) Способ образования слова.</w:t>
        <w:br/>
      </w:r>
      <w:r>
        <w:t>Б) Падеж.</w:t>
        <w:br/>
      </w:r>
      <w:r>
        <w:t>В) Склонение.</w:t>
        <w:br/>
      </w:r>
      <w:r>
        <w:t>Г) Вид глагола.</w:t>
        <w:br/>
      </w:r>
    </w:p>
    <w:p>
      <w:r>
        <w:rPr>
          <w:b/>
        </w:rPr>
        <w:t>9. Какое слово образовано бессуффиксным способом?</w:t>
        <w:br/>
      </w:r>
      <w:r>
        <w:t>А) Выход.</w:t>
        <w:br/>
      </w:r>
      <w:r>
        <w:t>Б) Домик.</w:t>
        <w:br/>
      </w:r>
      <w:r>
        <w:t>В) Подписать.</w:t>
        <w:br/>
      </w:r>
      <w:r>
        <w:t>Г) Лесник.</w:t>
        <w:br/>
      </w:r>
    </w:p>
    <w:p>
      <w:r>
        <w:rPr>
          <w:b/>
        </w:rPr>
        <w:t>10. Что помогает правильно выполнить словообразовательный разбор?</w:t>
        <w:br/>
      </w:r>
      <w:r>
        <w:t>А) Словообразовательная цепочка.</w:t>
        <w:br/>
      </w:r>
      <w:r>
        <w:t>Б) Синтаксический разбор.</w:t>
        <w:br/>
      </w:r>
      <w:r>
        <w:t>В) Морфологический разбор.</w:t>
        <w:br/>
      </w:r>
      <w:r>
        <w:t>Г) Фонетический разбор.</w:t>
        <w:br/>
      </w:r>
    </w:p>
    <w:p>
      <w:r>
        <w:rPr>
          <w:b/>
        </w:rPr>
        <w:t>11. Какое слово является производным?</w:t>
        <w:br/>
      </w:r>
      <w:r>
        <w:t>А) Лесник.</w:t>
        <w:br/>
      </w:r>
      <w:r>
        <w:t>Б) Лес.</w:t>
        <w:br/>
      </w:r>
      <w:r>
        <w:t>В) Дом.</w:t>
        <w:br/>
      </w:r>
      <w:r>
        <w:t>Г) Вода.</w:t>
        <w:br/>
      </w:r>
    </w:p>
    <w:p>
      <w:r>
        <w:rPr>
          <w:b/>
        </w:rPr>
        <w:t>12. Какой способ образования у слова «пароход»?</w:t>
        <w:br/>
      </w:r>
      <w:r>
        <w:t>А) Сложение основ.</w:t>
        <w:br/>
      </w:r>
      <w:r>
        <w:t>Б) Приставочный.</w:t>
        <w:br/>
      </w:r>
      <w:r>
        <w:t>В) Суффиксальный.</w:t>
        <w:br/>
      </w:r>
      <w:r>
        <w:t>Г) Бессуффиксный.</w:t>
        <w:br/>
      </w:r>
    </w:p>
    <w:p>
      <w:r>
        <w:rPr>
          <w:b/>
        </w:rPr>
        <w:t>13. Что нужно определить перед выбором способа образования?</w:t>
        <w:br/>
      </w:r>
      <w:r>
        <w:t>А) Производящее слово.</w:t>
        <w:br/>
      </w:r>
      <w:r>
        <w:t>Б) Род.</w:t>
        <w:br/>
      </w:r>
      <w:r>
        <w:t>В) Число.</w:t>
        <w:br/>
      </w:r>
      <w:r>
        <w:t>Г) Время.</w:t>
        <w:br/>
      </w:r>
    </w:p>
    <w:p>
      <w:r>
        <w:rPr>
          <w:b/>
        </w:rPr>
        <w:t>14. Какой разбор помогает установить происхождение слова?</w:t>
        <w:br/>
      </w:r>
      <w:r>
        <w:t>А) Словообразовательный.</w:t>
        <w:br/>
      </w:r>
      <w:r>
        <w:t>Б) Морфологический.</w:t>
        <w:br/>
      </w:r>
      <w:r>
        <w:t>В) Синтаксический.</w:t>
        <w:br/>
      </w:r>
      <w:r>
        <w:t>Г) Пунктуационный.</w:t>
        <w:br/>
      </w:r>
    </w:p>
    <w:p>
      <w:r>
        <w:rPr>
          <w:b/>
        </w:rPr>
        <w:t>15. Какова цель словообразовательного разбора?</w:t>
        <w:br/>
      </w:r>
      <w:r>
        <w:t>А) Показать, от какого слова и каким способом образовано данное слово.</w:t>
        <w:br/>
      </w:r>
      <w:r>
        <w:t>Б) Найти все орфограммы.</w:t>
        <w:br/>
      </w:r>
      <w:r>
        <w:t>В) Определить главные члены предложения.</w:t>
        <w:br/>
      </w:r>
      <w:r>
        <w:t>Г) Выполнить фонетический анализ.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